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D7556" w14:textId="2D84528F" w:rsidR="00F44177" w:rsidRPr="00C832FC" w:rsidRDefault="00000000">
      <w:pPr>
        <w:pStyle w:val="Title"/>
        <w:rPr>
          <w:rFonts w:ascii="Montserrat" w:hAnsi="Montserrat"/>
          <w:sz w:val="40"/>
          <w:szCs w:val="44"/>
        </w:rPr>
      </w:pPr>
      <w:r w:rsidRPr="00C832FC">
        <w:rPr>
          <w:rFonts w:ascii="Montserrat" w:hAnsi="Montserrat"/>
          <w:sz w:val="40"/>
          <w:szCs w:val="44"/>
        </w:rPr>
        <w:t xml:space="preserve">Sample </w:t>
      </w:r>
      <w:r w:rsidR="00465A99" w:rsidRPr="00C832FC">
        <w:rPr>
          <w:rFonts w:ascii="Montserrat" w:hAnsi="Montserrat"/>
          <w:sz w:val="40"/>
          <w:szCs w:val="44"/>
        </w:rPr>
        <w:t>C</w:t>
      </w:r>
      <w:r w:rsidRPr="00C832FC">
        <w:rPr>
          <w:rFonts w:ascii="Montserrat" w:hAnsi="Montserrat"/>
          <w:sz w:val="40"/>
          <w:szCs w:val="44"/>
        </w:rPr>
        <w:t xml:space="preserve">hild and </w:t>
      </w:r>
      <w:r w:rsidR="00465A99" w:rsidRPr="00C832FC">
        <w:rPr>
          <w:rFonts w:ascii="Montserrat" w:hAnsi="Montserrat"/>
          <w:sz w:val="40"/>
          <w:szCs w:val="44"/>
        </w:rPr>
        <w:t>F</w:t>
      </w:r>
      <w:r w:rsidRPr="00C832FC">
        <w:rPr>
          <w:rFonts w:ascii="Montserrat" w:hAnsi="Montserrat"/>
          <w:sz w:val="40"/>
          <w:szCs w:val="44"/>
        </w:rPr>
        <w:t xml:space="preserve">amily </w:t>
      </w:r>
      <w:r w:rsidR="00465A99" w:rsidRPr="00C832FC">
        <w:rPr>
          <w:rFonts w:ascii="Montserrat" w:hAnsi="Montserrat"/>
          <w:sz w:val="40"/>
          <w:szCs w:val="44"/>
        </w:rPr>
        <w:t>S</w:t>
      </w:r>
      <w:r w:rsidRPr="00C832FC">
        <w:rPr>
          <w:rFonts w:ascii="Montserrat" w:hAnsi="Montserrat"/>
          <w:sz w:val="40"/>
          <w:szCs w:val="44"/>
        </w:rPr>
        <w:t xml:space="preserve">afeguarding </w:t>
      </w:r>
      <w:r w:rsidR="00465A99" w:rsidRPr="00C832FC">
        <w:rPr>
          <w:rFonts w:ascii="Montserrat" w:hAnsi="Montserrat"/>
          <w:sz w:val="40"/>
          <w:szCs w:val="44"/>
        </w:rPr>
        <w:t>P</w:t>
      </w:r>
      <w:r w:rsidRPr="00C832FC">
        <w:rPr>
          <w:rFonts w:ascii="Montserrat" w:hAnsi="Montserrat"/>
          <w:sz w:val="40"/>
          <w:szCs w:val="44"/>
        </w:rPr>
        <w:t>olicy</w:t>
      </w:r>
    </w:p>
    <w:p w14:paraId="1F2B4FEB" w14:textId="4F3DDD69" w:rsidR="00F44177" w:rsidRPr="00C832FC" w:rsidRDefault="00000000">
      <w:pPr>
        <w:pStyle w:val="Subtitle"/>
        <w:rPr>
          <w:rFonts w:ascii="Montserrat" w:hAnsi="Montserrat"/>
        </w:rPr>
      </w:pPr>
      <w:r w:rsidRPr="00C832FC">
        <w:rPr>
          <w:rFonts w:ascii="Montserrat" w:hAnsi="Montserrat"/>
        </w:rPr>
        <w:t xml:space="preserve">For North Carolina </w:t>
      </w:r>
      <w:r w:rsidR="00242ABA">
        <w:rPr>
          <w:rFonts w:ascii="Montserrat" w:hAnsi="Montserrat"/>
        </w:rPr>
        <w:t>B</w:t>
      </w:r>
      <w:r w:rsidRPr="00C832FC">
        <w:rPr>
          <w:rFonts w:ascii="Montserrat" w:hAnsi="Montserrat"/>
        </w:rPr>
        <w:t>reweries</w:t>
      </w:r>
    </w:p>
    <w:p w14:paraId="5BA59E85" w14:textId="77777777" w:rsidR="00F44177" w:rsidRPr="00C832FC" w:rsidRDefault="00000000">
      <w:pPr>
        <w:rPr>
          <w:rFonts w:ascii="Montserrat" w:hAnsi="Montserrat"/>
        </w:rPr>
      </w:pPr>
      <w:r w:rsidRPr="00C832FC">
        <w:rPr>
          <w:rFonts w:ascii="Montserrat" w:hAnsi="Montserrat"/>
        </w:rPr>
        <w:t>This template helps breweries protect children and families in taprooms, patios, beer gardens, and events. It assumes caregivers remain responsible for their children and the brewery does not provide drop-off care. The policy begins on the next page; the final pages provide tools for staff and guests.</w:t>
      </w:r>
    </w:p>
    <w:p w14:paraId="7BBF3E56" w14:textId="258F3954" w:rsidR="00F44177" w:rsidRPr="00C832FC" w:rsidRDefault="00000000">
      <w:pPr>
        <w:pStyle w:val="Heading2"/>
        <w:rPr>
          <w:rFonts w:ascii="Montserrat" w:hAnsi="Montserrat"/>
        </w:rPr>
      </w:pPr>
      <w:r w:rsidRPr="00C832FC">
        <w:rPr>
          <w:rFonts w:ascii="Montserrat" w:hAnsi="Montserrat"/>
        </w:rPr>
        <w:t xml:space="preserve">How to </w:t>
      </w:r>
      <w:r w:rsidR="00C832FC">
        <w:rPr>
          <w:rFonts w:ascii="Montserrat" w:hAnsi="Montserrat"/>
        </w:rPr>
        <w:t>C</w:t>
      </w:r>
      <w:r w:rsidRPr="00C832FC">
        <w:rPr>
          <w:rFonts w:ascii="Montserrat" w:hAnsi="Montserrat"/>
        </w:rPr>
        <w:t xml:space="preserve">ustomize this </w:t>
      </w:r>
      <w:r w:rsidR="00C832FC">
        <w:rPr>
          <w:rFonts w:ascii="Montserrat" w:hAnsi="Montserrat"/>
        </w:rPr>
        <w:t>T</w:t>
      </w:r>
      <w:r w:rsidRPr="00C832FC">
        <w:rPr>
          <w:rFonts w:ascii="Montserrat" w:hAnsi="Montserrat"/>
        </w:rPr>
        <w:t>emplate</w:t>
      </w:r>
    </w:p>
    <w:p w14:paraId="72C76A44" w14:textId="1BDA79DA" w:rsidR="00F44177" w:rsidRPr="00C832FC" w:rsidRDefault="00000000">
      <w:pPr>
        <w:rPr>
          <w:rFonts w:ascii="Montserrat" w:hAnsi="Montserrat"/>
        </w:rPr>
      </w:pPr>
      <w:r w:rsidRPr="00C832FC">
        <w:rPr>
          <w:rFonts w:ascii="Montserrat" w:hAnsi="Montserrat"/>
        </w:rPr>
        <w:t xml:space="preserve">Every brewery-specific entry appears in </w:t>
      </w:r>
      <w:r w:rsidR="00A64131" w:rsidRPr="00A64131">
        <w:rPr>
          <w:rFonts w:ascii="Montserrat" w:hAnsi="Montserrat"/>
          <w:b/>
          <w:bCs/>
          <w:highlight w:val="yellow"/>
        </w:rPr>
        <w:t>[</w:t>
      </w:r>
      <w:r w:rsidRPr="00A64131">
        <w:rPr>
          <w:rFonts w:ascii="Montserrat" w:hAnsi="Montserrat"/>
          <w:b/>
          <w:bCs/>
          <w:highlight w:val="yellow"/>
        </w:rPr>
        <w:t>BOLD, YELLOW-HIGHLIGHTED SQUARE BRACKETS</w:t>
      </w:r>
      <w:r w:rsidR="00A64131" w:rsidRPr="00A64131">
        <w:rPr>
          <w:rFonts w:ascii="Montserrat" w:hAnsi="Montserrat"/>
          <w:b/>
          <w:bCs/>
          <w:highlight w:val="yellow"/>
        </w:rPr>
        <w:t>]</w:t>
      </w:r>
      <w:r w:rsidRPr="00A64131">
        <w:rPr>
          <w:rFonts w:ascii="Montserrat" w:hAnsi="Montserrat"/>
          <w:b/>
          <w:bCs/>
          <w:highlight w:val="yellow"/>
        </w:rPr>
        <w:t>.</w:t>
      </w:r>
      <w:r w:rsidRPr="00A64131">
        <w:rPr>
          <w:rFonts w:ascii="Montserrat" w:hAnsi="Montserrat"/>
          <w:b/>
          <w:bCs/>
        </w:rPr>
        <w:t xml:space="preserve"> </w:t>
      </w:r>
      <w:r w:rsidRPr="00A64131">
        <w:rPr>
          <w:rFonts w:ascii="Montserrat" w:hAnsi="Montserrat"/>
        </w:rPr>
        <w:t>Replace</w:t>
      </w:r>
      <w:r w:rsidRPr="00A64131">
        <w:rPr>
          <w:rFonts w:ascii="Montserrat" w:hAnsi="Montserrat"/>
          <w:b/>
          <w:bCs/>
        </w:rPr>
        <w:t xml:space="preserve"> </w:t>
      </w:r>
      <w:r w:rsidRPr="00C832FC">
        <w:rPr>
          <w:rFonts w:ascii="Montserrat" w:hAnsi="Montserrat"/>
        </w:rPr>
        <w:t xml:space="preserve">each entry with your information. </w:t>
      </w:r>
    </w:p>
    <w:p w14:paraId="6744AAD0" w14:textId="3E6E3DE5" w:rsidR="00F44177" w:rsidRPr="00C832FC" w:rsidRDefault="00000000">
      <w:pPr>
        <w:rPr>
          <w:rFonts w:ascii="Montserrat" w:hAnsi="Montserrat"/>
        </w:rPr>
      </w:pPr>
      <w:r w:rsidRPr="00C832FC">
        <w:rPr>
          <w:rFonts w:ascii="Montserrat" w:hAnsi="Montserrat"/>
        </w:rPr>
        <w:t xml:space="preserve">Fields beginning </w:t>
      </w:r>
      <w:r w:rsidRPr="00A64131">
        <w:rPr>
          <w:rFonts w:ascii="Montserrat" w:hAnsi="Montserrat"/>
          <w:b/>
          <w:bCs/>
        </w:rPr>
        <w:t>INSERT</w:t>
      </w:r>
      <w:r w:rsidRPr="00C832FC">
        <w:rPr>
          <w:rFonts w:ascii="Montserrat" w:hAnsi="Montserrat"/>
        </w:rPr>
        <w:t xml:space="preserve"> require information. Fields beginning </w:t>
      </w:r>
      <w:r w:rsidRPr="00A64131">
        <w:rPr>
          <w:rFonts w:ascii="Montserrat" w:hAnsi="Montserrat"/>
          <w:b/>
          <w:bCs/>
        </w:rPr>
        <w:t>CHOOSE</w:t>
      </w:r>
      <w:r w:rsidRPr="00C832FC">
        <w:rPr>
          <w:rFonts w:ascii="Montserrat" w:hAnsi="Montserrat"/>
        </w:rPr>
        <w:t xml:space="preserve"> </w:t>
      </w:r>
      <w:proofErr w:type="gramStart"/>
      <w:r w:rsidRPr="00C832FC">
        <w:rPr>
          <w:rFonts w:ascii="Montserrat" w:hAnsi="Montserrat"/>
        </w:rPr>
        <w:t>require</w:t>
      </w:r>
      <w:proofErr w:type="gramEnd"/>
      <w:r w:rsidRPr="00C832FC">
        <w:rPr>
          <w:rFonts w:ascii="Montserrat" w:hAnsi="Montserrat"/>
        </w:rPr>
        <w:t xml:space="preserve"> a business decision; replace the entire bracket with the chosen wording. Do not leave example options or unresolved brackets in the adopted policy. </w:t>
      </w:r>
    </w:p>
    <w:p w14:paraId="5059CDFF" w14:textId="0EF5A640" w:rsidR="00F44177" w:rsidRPr="00C832FC" w:rsidRDefault="00000000">
      <w:pPr>
        <w:pStyle w:val="Heading2"/>
        <w:rPr>
          <w:rFonts w:ascii="Montserrat" w:hAnsi="Montserrat"/>
        </w:rPr>
      </w:pPr>
      <w:r w:rsidRPr="00C832FC">
        <w:rPr>
          <w:rFonts w:ascii="Montserrat" w:hAnsi="Montserrat"/>
        </w:rPr>
        <w:t xml:space="preserve">Before </w:t>
      </w:r>
      <w:r w:rsidR="00C832FC">
        <w:rPr>
          <w:rFonts w:ascii="Montserrat" w:hAnsi="Montserrat"/>
        </w:rPr>
        <w:t>A</w:t>
      </w:r>
      <w:r w:rsidRPr="00C832FC">
        <w:rPr>
          <w:rFonts w:ascii="Montserrat" w:hAnsi="Montserrat"/>
        </w:rPr>
        <w:t xml:space="preserve">dopting the </w:t>
      </w:r>
      <w:r w:rsidR="00C832FC">
        <w:rPr>
          <w:rFonts w:ascii="Montserrat" w:hAnsi="Montserrat"/>
        </w:rPr>
        <w:t>P</w:t>
      </w:r>
      <w:r w:rsidRPr="00C832FC">
        <w:rPr>
          <w:rFonts w:ascii="Montserrat" w:hAnsi="Montserrat"/>
        </w:rPr>
        <w:t>olicy</w:t>
      </w:r>
    </w:p>
    <w:p w14:paraId="204080B6" w14:textId="77777777" w:rsidR="00F44177" w:rsidRPr="00C832FC" w:rsidRDefault="00000000">
      <w:pPr>
        <w:pStyle w:val="ListBullet"/>
        <w:rPr>
          <w:rFonts w:ascii="Montserrat" w:hAnsi="Montserrat"/>
        </w:rPr>
      </w:pPr>
      <w:r w:rsidRPr="00C832FC">
        <w:rPr>
          <w:rFonts w:ascii="Montserrat" w:hAnsi="Montserrat"/>
        </w:rPr>
        <w:t>Insert the business name, covered locations, effective date, approver, and annual review date.</w:t>
      </w:r>
    </w:p>
    <w:p w14:paraId="65968E1F" w14:textId="77777777" w:rsidR="00F44177" w:rsidRPr="00C832FC" w:rsidRDefault="00000000">
      <w:pPr>
        <w:pStyle w:val="ListBullet"/>
        <w:rPr>
          <w:rFonts w:ascii="Montserrat" w:hAnsi="Montserrat"/>
        </w:rPr>
      </w:pPr>
      <w:r w:rsidRPr="00C832FC">
        <w:rPr>
          <w:rFonts w:ascii="Montserrat" w:hAnsi="Montserrat"/>
        </w:rPr>
        <w:t xml:space="preserve">Name a safeguarding lead and alternate, with a separate reporting contact if either is involved in a concern. Identify the </w:t>
      </w:r>
      <w:proofErr w:type="gramStart"/>
      <w:r w:rsidRPr="00C832FC">
        <w:rPr>
          <w:rFonts w:ascii="Montserrat" w:hAnsi="Montserrat"/>
        </w:rPr>
        <w:t>responsible manager</w:t>
      </w:r>
      <w:proofErr w:type="gramEnd"/>
      <w:r w:rsidRPr="00C832FC">
        <w:rPr>
          <w:rFonts w:ascii="Montserrat" w:hAnsi="Montserrat"/>
        </w:rPr>
        <w:t xml:space="preserve"> </w:t>
      </w:r>
      <w:proofErr w:type="gramStart"/>
      <w:r w:rsidRPr="00C832FC">
        <w:rPr>
          <w:rFonts w:ascii="Montserrat" w:hAnsi="Montserrat"/>
        </w:rPr>
        <w:t>on</w:t>
      </w:r>
      <w:proofErr w:type="gramEnd"/>
      <w:r w:rsidRPr="00C832FC">
        <w:rPr>
          <w:rFonts w:ascii="Montserrat" w:hAnsi="Montserrat"/>
        </w:rPr>
        <w:t xml:space="preserve"> every shift.</w:t>
      </w:r>
    </w:p>
    <w:p w14:paraId="5BD72A74" w14:textId="77777777" w:rsidR="00F44177" w:rsidRPr="00C832FC" w:rsidRDefault="00000000">
      <w:pPr>
        <w:pStyle w:val="ListBullet"/>
        <w:rPr>
          <w:rFonts w:ascii="Montserrat" w:hAnsi="Montserrat"/>
        </w:rPr>
      </w:pPr>
      <w:r w:rsidRPr="00C832FC">
        <w:rPr>
          <w:rFonts w:ascii="Montserrat" w:hAnsi="Montserrat"/>
        </w:rPr>
        <w:t>Verify county child and adult protective services numbers, after-hours reporting routes, and local police or sheriff contacts. Complete the staff response sheet and post it where staff can find it.</w:t>
      </w:r>
    </w:p>
    <w:p w14:paraId="68849342" w14:textId="77777777" w:rsidR="00F44177" w:rsidRPr="00C832FC" w:rsidRDefault="00000000">
      <w:pPr>
        <w:pStyle w:val="ListBullet"/>
        <w:rPr>
          <w:rFonts w:ascii="Montserrat" w:hAnsi="Montserrat"/>
        </w:rPr>
      </w:pPr>
      <w:r w:rsidRPr="00C832FC">
        <w:rPr>
          <w:rFonts w:ascii="Montserrat" w:hAnsi="Montserrat"/>
        </w:rPr>
        <w:t>Choose family access hours, any age restrictions, and a workable supervision rule. These are house rules, not a statewide brewery curfew.</w:t>
      </w:r>
    </w:p>
    <w:p w14:paraId="41123321" w14:textId="77777777" w:rsidR="00F44177" w:rsidRPr="00C832FC" w:rsidRDefault="00000000">
      <w:pPr>
        <w:pStyle w:val="ListBullet"/>
        <w:rPr>
          <w:rFonts w:ascii="Montserrat" w:hAnsi="Montserrat"/>
        </w:rPr>
      </w:pPr>
      <w:r w:rsidRPr="00C832FC">
        <w:rPr>
          <w:rFonts w:ascii="Montserrat" w:hAnsi="Montserrat"/>
        </w:rPr>
        <w:t>Identify restricted areas, safe meeting points, emergency equipment, staff training, record storage and retention, and whether family activities or outside providers are permitted.</w:t>
      </w:r>
    </w:p>
    <w:p w14:paraId="72403EE5" w14:textId="77777777" w:rsidR="00F44177" w:rsidRPr="00C832FC" w:rsidRDefault="00000000">
      <w:pPr>
        <w:pStyle w:val="ListBullet"/>
        <w:rPr>
          <w:rFonts w:ascii="Montserrat" w:hAnsi="Montserrat"/>
        </w:rPr>
      </w:pPr>
      <w:r w:rsidRPr="00C832FC">
        <w:rPr>
          <w:rFonts w:ascii="Montserrat" w:hAnsi="Montserrat"/>
        </w:rPr>
        <w:t>Have North Carolina counsel and your insurer review the completed policy, especially reporting, employment screening, records, and any child-focused activities. Train staff and obtain signed acknowledgments before implementation.</w:t>
      </w:r>
    </w:p>
    <w:p w14:paraId="25B9C317" w14:textId="77777777" w:rsidR="00F44177" w:rsidRPr="00C832FC" w:rsidRDefault="00000000">
      <w:pPr>
        <w:rPr>
          <w:rFonts w:ascii="Montserrat" w:hAnsi="Montserrat"/>
        </w:rPr>
      </w:pPr>
      <w:r w:rsidRPr="00C832FC">
        <w:rPr>
          <w:rFonts w:ascii="Montserrat" w:hAnsi="Montserrat"/>
        </w:rPr>
        <w:t>The legal references were checked September 10, 2026. This is a sample for adaptation, not a certification of legal compliance. Legal reporting duties apply even before a brewery adopts a policy. Do not customize the policy to delay or prevent a required report.</w:t>
      </w:r>
    </w:p>
    <w:p w14:paraId="627E1269" w14:textId="77777777" w:rsidR="00F44177" w:rsidRPr="00C832FC" w:rsidRDefault="00000000">
      <w:pPr>
        <w:rPr>
          <w:rFonts w:ascii="Montserrat" w:hAnsi="Montserrat"/>
        </w:rPr>
      </w:pPr>
      <w:r w:rsidRPr="00C832FC">
        <w:rPr>
          <w:rFonts w:ascii="Montserrat" w:hAnsi="Montserrat"/>
        </w:rPr>
        <w:t>After customization, remove this instruction page and the source notes from the operational copy. Retain them with the template and approval records.</w:t>
      </w:r>
    </w:p>
    <w:p w14:paraId="3CB47E77" w14:textId="77777777" w:rsidR="004A4791" w:rsidRDefault="004A4791" w:rsidP="004A4791">
      <w:pPr>
        <w:rPr>
          <w:rFonts w:ascii="Montserrat" w:hAnsi="Montserrat"/>
        </w:rPr>
      </w:pPr>
    </w:p>
    <w:p w14:paraId="70E0F749" w14:textId="77777777" w:rsidR="006131AD" w:rsidRDefault="006131AD" w:rsidP="004A4791">
      <w:pPr>
        <w:rPr>
          <w:rFonts w:ascii="Montserrat" w:hAnsi="Montserrat"/>
        </w:rPr>
      </w:pPr>
    </w:p>
    <w:p w14:paraId="7D2AA6E6" w14:textId="77777777" w:rsidR="006131AD" w:rsidRDefault="006131AD" w:rsidP="004A4791">
      <w:pPr>
        <w:rPr>
          <w:rFonts w:ascii="Montserrat" w:hAnsi="Montserrat"/>
        </w:rPr>
      </w:pPr>
    </w:p>
    <w:p w14:paraId="6D84E0E2" w14:textId="77777777" w:rsidR="004A4791" w:rsidRDefault="004A4791" w:rsidP="004A4791">
      <w:pPr>
        <w:rPr>
          <w:rFonts w:ascii="Montserrat" w:hAnsi="Montserrat"/>
        </w:rPr>
      </w:pPr>
    </w:p>
    <w:p w14:paraId="199523CF" w14:textId="30795EA6" w:rsidR="00F44177" w:rsidRPr="006131AD" w:rsidRDefault="004A4791" w:rsidP="006131AD">
      <w:pPr>
        <w:jc w:val="center"/>
        <w:rPr>
          <w:rFonts w:ascii="Montserrat" w:hAnsi="Montserrat"/>
          <w:sz w:val="20"/>
          <w:szCs w:val="20"/>
        </w:rPr>
      </w:pPr>
      <w:r w:rsidRPr="006131AD">
        <w:rPr>
          <w:rFonts w:ascii="Montserrat" w:hAnsi="Montserrat"/>
          <w:b/>
          <w:bCs/>
          <w:sz w:val="20"/>
          <w:szCs w:val="20"/>
        </w:rPr>
        <w:t>Developed by Children’s Advocacy Centers of North Carolina (CACNC). This resource was informed by child safeguarding resources from Positive Childhood Alliance North Carolina (PCANC), CACNC’s co-lead partner in Prevent First NC.</w:t>
      </w:r>
      <w:r w:rsidR="00000000" w:rsidRPr="006131AD">
        <w:rPr>
          <w:rFonts w:ascii="Montserrat" w:hAnsi="Montserrat"/>
          <w:sz w:val="20"/>
          <w:szCs w:val="20"/>
        </w:rPr>
        <w:br w:type="page"/>
      </w:r>
    </w:p>
    <w:p w14:paraId="098B71A0" w14:textId="6E0D56CB" w:rsidR="00F44177" w:rsidRPr="005C4DA9" w:rsidRDefault="00000000">
      <w:pPr>
        <w:pStyle w:val="Heading1"/>
        <w:rPr>
          <w:rFonts w:ascii="Montserrat" w:hAnsi="Montserrat"/>
          <w:sz w:val="32"/>
          <w:szCs w:val="32"/>
        </w:rPr>
      </w:pPr>
      <w:r w:rsidRPr="005C4DA9">
        <w:rPr>
          <w:rFonts w:ascii="Montserrat" w:hAnsi="Montserrat"/>
          <w:sz w:val="32"/>
          <w:szCs w:val="32"/>
        </w:rPr>
        <w:lastRenderedPageBreak/>
        <w:t xml:space="preserve">Child and </w:t>
      </w:r>
      <w:r w:rsidR="00C832FC" w:rsidRPr="005C4DA9">
        <w:rPr>
          <w:rFonts w:ascii="Montserrat" w:hAnsi="Montserrat"/>
          <w:sz w:val="32"/>
          <w:szCs w:val="32"/>
        </w:rPr>
        <w:t>F</w:t>
      </w:r>
      <w:r w:rsidRPr="005C4DA9">
        <w:rPr>
          <w:rFonts w:ascii="Montserrat" w:hAnsi="Montserrat"/>
          <w:sz w:val="32"/>
          <w:szCs w:val="32"/>
        </w:rPr>
        <w:t xml:space="preserve">amily </w:t>
      </w:r>
      <w:r w:rsidR="00C832FC" w:rsidRPr="005C4DA9">
        <w:rPr>
          <w:rFonts w:ascii="Montserrat" w:hAnsi="Montserrat"/>
          <w:sz w:val="32"/>
          <w:szCs w:val="32"/>
        </w:rPr>
        <w:t>S</w:t>
      </w:r>
      <w:r w:rsidRPr="005C4DA9">
        <w:rPr>
          <w:rFonts w:ascii="Montserrat" w:hAnsi="Montserrat"/>
          <w:sz w:val="32"/>
          <w:szCs w:val="32"/>
        </w:rPr>
        <w:t xml:space="preserve">afeguarding </w:t>
      </w:r>
      <w:r w:rsidR="00C832FC" w:rsidRPr="005C4DA9">
        <w:rPr>
          <w:rFonts w:ascii="Montserrat" w:hAnsi="Montserrat"/>
          <w:sz w:val="32"/>
          <w:szCs w:val="32"/>
        </w:rPr>
        <w:t>P</w:t>
      </w:r>
      <w:r w:rsidRPr="005C4DA9">
        <w:rPr>
          <w:rFonts w:ascii="Montserrat" w:hAnsi="Montserrat"/>
          <w:sz w:val="32"/>
          <w:szCs w:val="32"/>
        </w:rPr>
        <w:t>olicy</w:t>
      </w:r>
    </w:p>
    <w:p w14:paraId="4592CE28" w14:textId="77777777" w:rsidR="00F44177" w:rsidRPr="00C832FC" w:rsidRDefault="00000000">
      <w:pPr>
        <w:rPr>
          <w:rFonts w:ascii="Montserrat" w:hAnsi="Montserrat"/>
          <w:sz w:val="24"/>
          <w:szCs w:val="24"/>
        </w:rPr>
      </w:pPr>
      <w:r w:rsidRPr="00C832FC">
        <w:rPr>
          <w:rFonts w:ascii="Montserrat" w:hAnsi="Montserrat"/>
          <w:b/>
          <w:sz w:val="24"/>
          <w:szCs w:val="24"/>
          <w:highlight w:val="yellow"/>
        </w:rPr>
        <w:t>[INSERT BREWERY NAME]</w:t>
      </w:r>
    </w:p>
    <w:p w14:paraId="2BFBB5DD" w14:textId="77777777" w:rsidR="00F44177" w:rsidRPr="00C832FC" w:rsidRDefault="00000000">
      <w:pPr>
        <w:rPr>
          <w:rFonts w:ascii="Montserrat" w:hAnsi="Montserrat"/>
        </w:rPr>
      </w:pPr>
      <w:r w:rsidRPr="00C832FC">
        <w:rPr>
          <w:rFonts w:ascii="Montserrat" w:hAnsi="Montserrat"/>
        </w:rPr>
        <w:t xml:space="preserve">Covered locations: </w:t>
      </w:r>
      <w:r w:rsidRPr="00C832FC">
        <w:rPr>
          <w:rFonts w:ascii="Montserrat" w:hAnsi="Montserrat"/>
          <w:b/>
          <w:highlight w:val="yellow"/>
        </w:rPr>
        <w:t>[INSERT SITE NAMES AND STREET ADDRESSES]</w:t>
      </w:r>
      <w:r w:rsidRPr="00C832FC">
        <w:rPr>
          <w:rFonts w:ascii="Montserrat" w:hAnsi="Montserrat"/>
        </w:rPr>
        <w:br/>
        <w:t xml:space="preserve">Effective date: </w:t>
      </w:r>
      <w:r w:rsidRPr="00C832FC">
        <w:rPr>
          <w:rFonts w:ascii="Montserrat" w:hAnsi="Montserrat"/>
          <w:b/>
          <w:highlight w:val="yellow"/>
        </w:rPr>
        <w:t>[INSERT EFFECTIVE DATE]</w:t>
      </w:r>
      <w:r w:rsidRPr="00C832FC">
        <w:rPr>
          <w:rFonts w:ascii="Montserrat" w:hAnsi="Montserrat"/>
        </w:rPr>
        <w:br/>
        <w:t xml:space="preserve">Approved by: </w:t>
      </w:r>
      <w:r w:rsidRPr="00C832FC">
        <w:rPr>
          <w:rFonts w:ascii="Montserrat" w:hAnsi="Montserrat"/>
          <w:b/>
          <w:highlight w:val="yellow"/>
        </w:rPr>
        <w:t>[INSERT APPROVER NAME AND TITLE]</w:t>
      </w:r>
      <w:r w:rsidRPr="00C832FC">
        <w:rPr>
          <w:rFonts w:ascii="Montserrat" w:hAnsi="Montserrat"/>
        </w:rPr>
        <w:br/>
        <w:t xml:space="preserve">Next review: </w:t>
      </w:r>
      <w:r w:rsidRPr="00C832FC">
        <w:rPr>
          <w:rFonts w:ascii="Montserrat" w:hAnsi="Montserrat"/>
          <w:b/>
          <w:highlight w:val="yellow"/>
        </w:rPr>
        <w:t>[INSERT REVIEW DATE WITHIN ONE YEAR]</w:t>
      </w:r>
    </w:p>
    <w:p w14:paraId="727CB740" w14:textId="577099C8" w:rsidR="00F44177" w:rsidRPr="00C832FC" w:rsidRDefault="00000000">
      <w:pPr>
        <w:pStyle w:val="Heading2"/>
        <w:rPr>
          <w:rFonts w:ascii="Montserrat" w:hAnsi="Montserrat"/>
        </w:rPr>
      </w:pPr>
      <w:r w:rsidRPr="00C832FC">
        <w:rPr>
          <w:rFonts w:ascii="Montserrat" w:hAnsi="Montserrat"/>
        </w:rPr>
        <w:t xml:space="preserve">1 Purpose and </w:t>
      </w:r>
      <w:r w:rsidR="00C832FC">
        <w:rPr>
          <w:rFonts w:ascii="Montserrat" w:hAnsi="Montserrat"/>
        </w:rPr>
        <w:t>R</w:t>
      </w:r>
      <w:r w:rsidRPr="00C832FC">
        <w:rPr>
          <w:rFonts w:ascii="Montserrat" w:hAnsi="Montserrat"/>
        </w:rPr>
        <w:t>esponsibilities</w:t>
      </w:r>
    </w:p>
    <w:p w14:paraId="358EF588" w14:textId="77777777" w:rsidR="00F44177" w:rsidRPr="00C832FC" w:rsidRDefault="00000000">
      <w:pPr>
        <w:rPr>
          <w:rFonts w:ascii="Montserrat" w:hAnsi="Montserrat"/>
        </w:rPr>
      </w:pPr>
      <w:r w:rsidRPr="00C832FC">
        <w:rPr>
          <w:rFonts w:ascii="Montserrat" w:hAnsi="Montserrat"/>
        </w:rPr>
        <w:t xml:space="preserve">We welcome families and take reasonable steps to prevent abuse, neglect, exploitation, harassment, and avoidable injury. This policy applies to owners, managers, employees, volunteers, contractors, vendors, event organizers, and guests at our covered locations and brewery-run events. It also covers brewery-related online contact. Children </w:t>
      </w:r>
      <w:proofErr w:type="gramStart"/>
      <w:r w:rsidRPr="00C832FC">
        <w:rPr>
          <w:rFonts w:ascii="Montserrat" w:hAnsi="Montserrat"/>
        </w:rPr>
        <w:t>means</w:t>
      </w:r>
      <w:proofErr w:type="gramEnd"/>
      <w:r w:rsidRPr="00C832FC">
        <w:rPr>
          <w:rFonts w:ascii="Montserrat" w:hAnsi="Montserrat"/>
        </w:rPr>
        <w:t xml:space="preserve"> people under 18 for this policy; the alcohol service age is 21.</w:t>
      </w:r>
    </w:p>
    <w:p w14:paraId="486E2FCF" w14:textId="77777777" w:rsidR="00F44177" w:rsidRPr="00C832FC" w:rsidRDefault="00000000">
      <w:pPr>
        <w:rPr>
          <w:rFonts w:ascii="Montserrat" w:hAnsi="Montserrat"/>
        </w:rPr>
      </w:pPr>
      <w:r w:rsidRPr="00C832FC">
        <w:rPr>
          <w:rFonts w:ascii="Montserrat" w:hAnsi="Montserrat"/>
        </w:rPr>
        <w:t>Parents, guardians, or their designated responsible adults supervise children. Staff do not provide babysitting or accept custody during ordinary visits. This does not reduce our responsibility to address hazards, respond to concerns, or make required reports. We treat families respectfully, make reasonable adjustments for disability and communication needs, and apply safety rules without discriminatory assumptions.</w:t>
      </w:r>
    </w:p>
    <w:p w14:paraId="462CE407" w14:textId="77777777" w:rsidR="00F44177" w:rsidRPr="00C832FC" w:rsidRDefault="00000000">
      <w:pPr>
        <w:rPr>
          <w:rFonts w:ascii="Montserrat" w:hAnsi="Montserrat"/>
        </w:rPr>
      </w:pPr>
      <w:r w:rsidRPr="00C832FC">
        <w:rPr>
          <w:rFonts w:ascii="Montserrat" w:hAnsi="Montserrat"/>
        </w:rPr>
        <w:t xml:space="preserve">Our safeguarding lead is </w:t>
      </w:r>
      <w:r w:rsidRPr="00C832FC">
        <w:rPr>
          <w:rFonts w:ascii="Montserrat" w:hAnsi="Montserrat"/>
          <w:b/>
          <w:highlight w:val="yellow"/>
        </w:rPr>
        <w:t>[INSERT LEAD NAME TITLE PHONE AND EMAIL]</w:t>
      </w:r>
      <w:r w:rsidRPr="00C832FC">
        <w:rPr>
          <w:rFonts w:ascii="Montserrat" w:hAnsi="Montserrat"/>
        </w:rPr>
        <w:t xml:space="preserve">. Our alternate is </w:t>
      </w:r>
      <w:r w:rsidRPr="00C832FC">
        <w:rPr>
          <w:rFonts w:ascii="Montserrat" w:hAnsi="Montserrat"/>
          <w:b/>
          <w:highlight w:val="yellow"/>
        </w:rPr>
        <w:t>[INSERT ALTERNATE NAME TITLE PHONE AND EMAIL]</w:t>
      </w:r>
      <w:r w:rsidRPr="00C832FC">
        <w:rPr>
          <w:rFonts w:ascii="Montserrat" w:hAnsi="Montserrat"/>
        </w:rPr>
        <w:t xml:space="preserve">. Concerns involving either person may go to </w:t>
      </w:r>
      <w:r w:rsidRPr="00C832FC">
        <w:rPr>
          <w:rFonts w:ascii="Montserrat" w:hAnsi="Montserrat"/>
          <w:b/>
          <w:highlight w:val="yellow"/>
        </w:rPr>
        <w:t>[INSERT INDEPENDENT OWNER OR OTHER CONTACT AND PHONE]</w:t>
      </w:r>
      <w:r w:rsidRPr="00C832FC">
        <w:rPr>
          <w:rFonts w:ascii="Montserrat" w:hAnsi="Montserrat"/>
        </w:rPr>
        <w:t>. Anyone may report directly to outside authorities without management approval.</w:t>
      </w:r>
    </w:p>
    <w:p w14:paraId="4334B37D" w14:textId="77777777" w:rsidR="00F44177" w:rsidRPr="00C832FC" w:rsidRDefault="00000000">
      <w:pPr>
        <w:rPr>
          <w:rFonts w:ascii="Montserrat" w:hAnsi="Montserrat"/>
        </w:rPr>
      </w:pPr>
      <w:r w:rsidRPr="00C832FC">
        <w:rPr>
          <w:rFonts w:ascii="Montserrat" w:hAnsi="Montserrat"/>
        </w:rPr>
        <w:t>The owner provides resources and approves this policy. The lead maintains contacts, training, secure records, and reviews. The manager on duty coordinates immediate safety measures. Every worker acts on concerns and fulfills their own reporting duties. A manager must never obstruct a report.</w:t>
      </w:r>
    </w:p>
    <w:p w14:paraId="57D69F2C" w14:textId="1A2C391A" w:rsidR="00F44177" w:rsidRPr="00C832FC" w:rsidRDefault="00000000">
      <w:pPr>
        <w:pStyle w:val="Heading2"/>
        <w:rPr>
          <w:rFonts w:ascii="Montserrat" w:hAnsi="Montserrat"/>
        </w:rPr>
      </w:pPr>
      <w:r w:rsidRPr="00C832FC">
        <w:rPr>
          <w:rFonts w:ascii="Montserrat" w:hAnsi="Montserrat"/>
        </w:rPr>
        <w:t xml:space="preserve">2 Caregiver and </w:t>
      </w:r>
      <w:r w:rsidR="00C832FC">
        <w:rPr>
          <w:rFonts w:ascii="Montserrat" w:hAnsi="Montserrat"/>
        </w:rPr>
        <w:t>G</w:t>
      </w:r>
      <w:r w:rsidRPr="00C832FC">
        <w:rPr>
          <w:rFonts w:ascii="Montserrat" w:hAnsi="Montserrat"/>
        </w:rPr>
        <w:t xml:space="preserve">uest </w:t>
      </w:r>
      <w:r w:rsidR="00C832FC">
        <w:rPr>
          <w:rFonts w:ascii="Montserrat" w:hAnsi="Montserrat"/>
        </w:rPr>
        <w:t>E</w:t>
      </w:r>
      <w:r w:rsidRPr="00C832FC">
        <w:rPr>
          <w:rFonts w:ascii="Montserrat" w:hAnsi="Montserrat"/>
        </w:rPr>
        <w:t>xpectations</w:t>
      </w:r>
    </w:p>
    <w:p w14:paraId="5FA52FE0" w14:textId="77777777" w:rsidR="00F44177" w:rsidRPr="00C832FC" w:rsidRDefault="00000000">
      <w:pPr>
        <w:rPr>
          <w:rFonts w:ascii="Montserrat" w:hAnsi="Montserrat"/>
        </w:rPr>
      </w:pPr>
      <w:r w:rsidRPr="00C832FC">
        <w:rPr>
          <w:rFonts w:ascii="Montserrat" w:hAnsi="Montserrat"/>
        </w:rPr>
        <w:t>Children must remain with a responsible adult aged 18 or older who is able to supervise safely. Caregivers must stay on the premises, know where children are, and remain close enough to intervene. Young children and children needing additional support must remain within sight and immediate reach where hazards require it. Staff may ask a caregiver to move closer or relocate to a safer area.</w:t>
      </w:r>
    </w:p>
    <w:p w14:paraId="5F2A9CDC" w14:textId="156EB1AD" w:rsidR="00F44177" w:rsidRPr="00C832FC" w:rsidRDefault="00000000">
      <w:pPr>
        <w:rPr>
          <w:rFonts w:ascii="Montserrat" w:hAnsi="Montserrat"/>
        </w:rPr>
      </w:pPr>
      <w:r w:rsidRPr="00C832FC">
        <w:rPr>
          <w:rFonts w:ascii="Montserrat" w:hAnsi="Montserrat"/>
        </w:rPr>
        <w:t xml:space="preserve">Family access: </w:t>
      </w:r>
      <w:r w:rsidRPr="00C832FC">
        <w:rPr>
          <w:rFonts w:ascii="Montserrat" w:hAnsi="Montserrat"/>
          <w:b/>
          <w:highlight w:val="yellow"/>
        </w:rPr>
        <w:t>[CHOOSE ALL OPEN HOURS OR INSERT DAYS TIMES AND AGE LIMITS]</w:t>
      </w:r>
      <w:r w:rsidRPr="00C832FC">
        <w:rPr>
          <w:rFonts w:ascii="Montserrat" w:hAnsi="Montserrat"/>
        </w:rPr>
        <w:t xml:space="preserve">. Any adult-only event or area will be clearly advertised and posted. </w:t>
      </w:r>
      <w:r w:rsidR="00242ABA" w:rsidRPr="00C832FC">
        <w:rPr>
          <w:rFonts w:ascii="Montserrat" w:hAnsi="Montserrat"/>
        </w:rPr>
        <w:t>These</w:t>
      </w:r>
      <w:r w:rsidRPr="00C832FC">
        <w:rPr>
          <w:rFonts w:ascii="Montserrat" w:hAnsi="Montserrat"/>
        </w:rPr>
        <w:t xml:space="preserve"> rules do not alter alcohol restrictions.</w:t>
      </w:r>
    </w:p>
    <w:p w14:paraId="00D080C3" w14:textId="56FF0DC5" w:rsidR="00F44177" w:rsidRPr="00C832FC" w:rsidRDefault="00000000">
      <w:pPr>
        <w:rPr>
          <w:rFonts w:ascii="Montserrat" w:hAnsi="Montserrat"/>
        </w:rPr>
      </w:pPr>
      <w:r w:rsidRPr="00C832FC">
        <w:rPr>
          <w:rFonts w:ascii="Montserrat" w:hAnsi="Montserrat"/>
        </w:rPr>
        <w:t xml:space="preserve">Guests must prevent unsafe running, climbing on furniture or equipment, throwing objects, and interference with staff or other guests. Children may not enter restricted areas or approach unfamiliar animals without permission and supervision. Caregivers handle toileting, diapering, food choices, and individual care needs. Tell staff promptly about a missing child, injury, unsafe behavior, or other </w:t>
      </w:r>
      <w:r w:rsidR="00242ABA" w:rsidRPr="00C832FC">
        <w:rPr>
          <w:rFonts w:ascii="Montserrat" w:hAnsi="Montserrat"/>
        </w:rPr>
        <w:t>concerns</w:t>
      </w:r>
      <w:r w:rsidRPr="00C832FC">
        <w:rPr>
          <w:rFonts w:ascii="Montserrat" w:hAnsi="Montserrat"/>
        </w:rPr>
        <w:t>.</w:t>
      </w:r>
    </w:p>
    <w:p w14:paraId="59E86E56" w14:textId="77777777" w:rsidR="00F44177" w:rsidRPr="00C832FC" w:rsidRDefault="00000000">
      <w:pPr>
        <w:rPr>
          <w:rFonts w:ascii="Montserrat" w:hAnsi="Montserrat"/>
        </w:rPr>
      </w:pPr>
      <w:r w:rsidRPr="00C832FC">
        <w:rPr>
          <w:rFonts w:ascii="Montserrat" w:hAnsi="Montserrat"/>
        </w:rPr>
        <w:br w:type="page"/>
      </w:r>
    </w:p>
    <w:p w14:paraId="44DDCD9B" w14:textId="37F55F3F" w:rsidR="00F44177" w:rsidRPr="005C4DA9" w:rsidRDefault="00000000">
      <w:pPr>
        <w:pStyle w:val="Heading1"/>
        <w:rPr>
          <w:rFonts w:ascii="Montserrat" w:hAnsi="Montserrat"/>
          <w:sz w:val="32"/>
        </w:rPr>
      </w:pPr>
      <w:r w:rsidRPr="005C4DA9">
        <w:rPr>
          <w:rFonts w:ascii="Montserrat" w:hAnsi="Montserrat"/>
          <w:sz w:val="32"/>
        </w:rPr>
        <w:lastRenderedPageBreak/>
        <w:t xml:space="preserve">Safe </w:t>
      </w:r>
      <w:r w:rsidR="00C832FC" w:rsidRPr="005C4DA9">
        <w:rPr>
          <w:rFonts w:ascii="Montserrat" w:hAnsi="Montserrat"/>
          <w:sz w:val="32"/>
        </w:rPr>
        <w:t>P</w:t>
      </w:r>
      <w:r w:rsidRPr="005C4DA9">
        <w:rPr>
          <w:rFonts w:ascii="Montserrat" w:hAnsi="Montserrat"/>
          <w:sz w:val="32"/>
        </w:rPr>
        <w:t xml:space="preserve">remises and </w:t>
      </w:r>
      <w:r w:rsidR="00C832FC" w:rsidRPr="005C4DA9">
        <w:rPr>
          <w:rFonts w:ascii="Montserrat" w:hAnsi="Montserrat"/>
          <w:sz w:val="32"/>
        </w:rPr>
        <w:t>R</w:t>
      </w:r>
      <w:r w:rsidRPr="005C4DA9">
        <w:rPr>
          <w:rFonts w:ascii="Montserrat" w:hAnsi="Montserrat"/>
          <w:sz w:val="32"/>
        </w:rPr>
        <w:t xml:space="preserve">espectful </w:t>
      </w:r>
      <w:r w:rsidR="00C832FC" w:rsidRPr="005C4DA9">
        <w:rPr>
          <w:rFonts w:ascii="Montserrat" w:hAnsi="Montserrat"/>
          <w:sz w:val="32"/>
        </w:rPr>
        <w:t>C</w:t>
      </w:r>
      <w:r w:rsidRPr="005C4DA9">
        <w:rPr>
          <w:rFonts w:ascii="Montserrat" w:hAnsi="Montserrat"/>
          <w:sz w:val="32"/>
        </w:rPr>
        <w:t>onduct</w:t>
      </w:r>
    </w:p>
    <w:p w14:paraId="0C259BFD" w14:textId="4F236B46" w:rsidR="00F44177" w:rsidRPr="00C832FC" w:rsidRDefault="00000000">
      <w:pPr>
        <w:pStyle w:val="Heading2"/>
        <w:rPr>
          <w:rFonts w:ascii="Montserrat" w:hAnsi="Montserrat"/>
        </w:rPr>
      </w:pPr>
      <w:r w:rsidRPr="00C832FC">
        <w:rPr>
          <w:rFonts w:ascii="Montserrat" w:hAnsi="Montserrat"/>
        </w:rPr>
        <w:t xml:space="preserve">3 Physical </w:t>
      </w:r>
      <w:r w:rsidR="00C832FC">
        <w:rPr>
          <w:rFonts w:ascii="Montserrat" w:hAnsi="Montserrat"/>
        </w:rPr>
        <w:t>S</w:t>
      </w:r>
      <w:r w:rsidRPr="00C832FC">
        <w:rPr>
          <w:rFonts w:ascii="Montserrat" w:hAnsi="Montserrat"/>
        </w:rPr>
        <w:t xml:space="preserve">afety and </w:t>
      </w:r>
      <w:r w:rsidR="00C832FC">
        <w:rPr>
          <w:rFonts w:ascii="Montserrat" w:hAnsi="Montserrat"/>
        </w:rPr>
        <w:t>A</w:t>
      </w:r>
      <w:r w:rsidRPr="00C832FC">
        <w:rPr>
          <w:rFonts w:ascii="Montserrat" w:hAnsi="Montserrat"/>
        </w:rPr>
        <w:t xml:space="preserve">lcohol </w:t>
      </w:r>
      <w:r w:rsidR="00C832FC">
        <w:rPr>
          <w:rFonts w:ascii="Montserrat" w:hAnsi="Montserrat"/>
        </w:rPr>
        <w:t>S</w:t>
      </w:r>
      <w:r w:rsidRPr="00C832FC">
        <w:rPr>
          <w:rFonts w:ascii="Montserrat" w:hAnsi="Montserrat"/>
        </w:rPr>
        <w:t>ervice</w:t>
      </w:r>
    </w:p>
    <w:p w14:paraId="19DDE2DF" w14:textId="77777777" w:rsidR="00F44177" w:rsidRPr="00C832FC" w:rsidRDefault="00000000">
      <w:pPr>
        <w:rPr>
          <w:rFonts w:ascii="Montserrat" w:hAnsi="Montserrat"/>
        </w:rPr>
      </w:pPr>
      <w:r w:rsidRPr="00C832FC">
        <w:rPr>
          <w:rFonts w:ascii="Montserrat" w:hAnsi="Montserrat"/>
        </w:rPr>
        <w:t xml:space="preserve">Before opening and during service, the manager checks </w:t>
      </w:r>
      <w:proofErr w:type="gramStart"/>
      <w:r w:rsidRPr="00C832FC">
        <w:rPr>
          <w:rFonts w:ascii="Montserrat" w:hAnsi="Montserrat"/>
        </w:rPr>
        <w:t>exits</w:t>
      </w:r>
      <w:proofErr w:type="gramEnd"/>
      <w:r w:rsidRPr="00C832FC">
        <w:rPr>
          <w:rFonts w:ascii="Montserrat" w:hAnsi="Montserrat"/>
        </w:rPr>
        <w:t>, gates, lighting, accessible routes, seating, games, changing facilities, and family areas. Remove broken glass, spills, damaged items, and choking hazards promptly. Keep emergency exits usable and secure access to hazardous areas with suitable doors, gates, or barriers; signs alone are insufficient where children can easily enter.</w:t>
      </w:r>
    </w:p>
    <w:p w14:paraId="7055540F" w14:textId="77777777" w:rsidR="00F44177" w:rsidRPr="00C832FC" w:rsidRDefault="00000000">
      <w:pPr>
        <w:rPr>
          <w:rFonts w:ascii="Montserrat" w:hAnsi="Montserrat"/>
        </w:rPr>
      </w:pPr>
      <w:r w:rsidRPr="00C832FC">
        <w:rPr>
          <w:rFonts w:ascii="Montserrat" w:hAnsi="Montserrat"/>
        </w:rPr>
        <w:t xml:space="preserve">Restricted areas include the space behind the bar, production floor, chemical storage, cold rooms, loading areas, and </w:t>
      </w:r>
      <w:r w:rsidRPr="00C832FC">
        <w:rPr>
          <w:rFonts w:ascii="Montserrat" w:hAnsi="Montserrat"/>
          <w:b/>
          <w:highlight w:val="yellow"/>
        </w:rPr>
        <w:t>[INSERT ADDITIONAL RESTRICTED AREAS OR NONE]</w:t>
      </w:r>
      <w:r w:rsidRPr="00C832FC">
        <w:rPr>
          <w:rFonts w:ascii="Montserrat" w:hAnsi="Montserrat"/>
        </w:rPr>
        <w:t>. Protect guests from hot equipment, moving vehicles, unsecured kegs, cylinders, electrical equipment, and production gases. Any tour needs a separate risk assessment, controlled route, and responsible staff supervision.</w:t>
      </w:r>
    </w:p>
    <w:p w14:paraId="1486B57E" w14:textId="77777777" w:rsidR="00F44177" w:rsidRPr="00C832FC" w:rsidRDefault="00000000">
      <w:pPr>
        <w:rPr>
          <w:rFonts w:ascii="Montserrat" w:hAnsi="Montserrat"/>
        </w:rPr>
      </w:pPr>
      <w:r w:rsidRPr="00C832FC">
        <w:rPr>
          <w:rFonts w:ascii="Montserrat" w:hAnsi="Montserrat"/>
        </w:rPr>
        <w:t xml:space="preserve">Emergency assembly point: </w:t>
      </w:r>
      <w:r w:rsidRPr="00C832FC">
        <w:rPr>
          <w:rFonts w:ascii="Montserrat" w:hAnsi="Montserrat"/>
          <w:b/>
          <w:highlight w:val="yellow"/>
        </w:rPr>
        <w:t>[INSERT ASSEMBLY POINT]</w:t>
      </w:r>
      <w:r w:rsidRPr="00C832FC">
        <w:rPr>
          <w:rFonts w:ascii="Montserrat" w:hAnsi="Montserrat"/>
        </w:rPr>
        <w:t xml:space="preserve">. First aid supplies and any AED: </w:t>
      </w:r>
      <w:r w:rsidRPr="00C832FC">
        <w:rPr>
          <w:rFonts w:ascii="Montserrat" w:hAnsi="Montserrat"/>
          <w:b/>
          <w:highlight w:val="yellow"/>
        </w:rPr>
        <w:t>[INSERT EQUIPMENT LOCATIONS OR STATE NO AED]</w:t>
      </w:r>
      <w:r w:rsidRPr="00C832FC">
        <w:rPr>
          <w:rFonts w:ascii="Montserrat" w:hAnsi="Montserrat"/>
        </w:rPr>
        <w:t xml:space="preserve">. Family amenities and applicable rules: </w:t>
      </w:r>
      <w:r w:rsidRPr="00C832FC">
        <w:rPr>
          <w:rFonts w:ascii="Montserrat" w:hAnsi="Montserrat"/>
          <w:b/>
          <w:highlight w:val="yellow"/>
        </w:rPr>
        <w:t>[INSERT AVAILABLE AMENITIES AND RULES OR NONE]</w:t>
      </w:r>
      <w:r w:rsidRPr="00C832FC">
        <w:rPr>
          <w:rFonts w:ascii="Montserrat" w:hAnsi="Montserrat"/>
        </w:rPr>
        <w:t xml:space="preserve">. Staff provide first aid only </w:t>
      </w:r>
      <w:proofErr w:type="gramStart"/>
      <w:r w:rsidRPr="00C832FC">
        <w:rPr>
          <w:rFonts w:ascii="Montserrat" w:hAnsi="Montserrat"/>
        </w:rPr>
        <w:t>within</w:t>
      </w:r>
      <w:proofErr w:type="gramEnd"/>
      <w:r w:rsidRPr="00C832FC">
        <w:rPr>
          <w:rFonts w:ascii="Montserrat" w:hAnsi="Montserrat"/>
        </w:rPr>
        <w:t xml:space="preserve"> their training and follow emergency dispatcher instructions; urgent help must not wait for paperwork.</w:t>
      </w:r>
    </w:p>
    <w:p w14:paraId="0EED67F0" w14:textId="75AEF5E5" w:rsidR="00F44177" w:rsidRPr="00C832FC" w:rsidRDefault="00000000">
      <w:pPr>
        <w:rPr>
          <w:rFonts w:ascii="Montserrat" w:hAnsi="Montserrat"/>
        </w:rPr>
      </w:pPr>
      <w:r w:rsidRPr="00C832FC">
        <w:rPr>
          <w:rFonts w:ascii="Montserrat" w:hAnsi="Montserrat"/>
        </w:rPr>
        <w:t xml:space="preserve">Do not sell or give alcohol to anyone under 21. Follow our identification procedure: </w:t>
      </w:r>
      <w:r w:rsidRPr="00C832FC">
        <w:rPr>
          <w:rFonts w:ascii="Montserrat" w:hAnsi="Montserrat"/>
          <w:b/>
          <w:highlight w:val="yellow"/>
        </w:rPr>
        <w:t xml:space="preserve">[INSERT ID CHECK RULE AND LOCATION OF </w:t>
      </w:r>
      <w:r w:rsidR="00242ABA" w:rsidRPr="00C832FC">
        <w:rPr>
          <w:rFonts w:ascii="Montserrat" w:hAnsi="Montserrat"/>
          <w:b/>
          <w:highlight w:val="yellow"/>
        </w:rPr>
        <w:t>FULL-SERVICE</w:t>
      </w:r>
      <w:r w:rsidRPr="00C832FC">
        <w:rPr>
          <w:rFonts w:ascii="Montserrat" w:hAnsi="Montserrat"/>
          <w:b/>
          <w:highlight w:val="yellow"/>
        </w:rPr>
        <w:t xml:space="preserve"> PROCEDURE]</w:t>
      </w:r>
      <w:r w:rsidRPr="00C832FC">
        <w:rPr>
          <w:rFonts w:ascii="Montserrat" w:hAnsi="Montserrat"/>
        </w:rPr>
        <w:t xml:space="preserve">. Do not knowingly sell or give alcohol to an intoxicated person. Stop proxy purchases after service refusal. These </w:t>
      </w:r>
      <w:r w:rsidRPr="002164E3">
        <w:rPr>
          <w:rFonts w:ascii="Montserrat" w:hAnsi="Montserrat"/>
        </w:rPr>
        <w:t>requirements reflect G.S. 18B-302 and 18B-305. Keep</w:t>
      </w:r>
      <w:r w:rsidRPr="00C832FC">
        <w:rPr>
          <w:rFonts w:ascii="Montserrat" w:hAnsi="Montserrat"/>
        </w:rPr>
        <w:t xml:space="preserve"> alcoholic and nonalcoholic drinks clearly distinguishable and out of children’s reach; remove abandoned drinks promptly.</w:t>
      </w:r>
    </w:p>
    <w:p w14:paraId="44B90867" w14:textId="7B80B36A" w:rsidR="00F44177" w:rsidRPr="00C832FC" w:rsidRDefault="00000000">
      <w:pPr>
        <w:pStyle w:val="Heading2"/>
        <w:rPr>
          <w:rFonts w:ascii="Montserrat" w:hAnsi="Montserrat"/>
        </w:rPr>
      </w:pPr>
      <w:r w:rsidRPr="00C832FC">
        <w:rPr>
          <w:rFonts w:ascii="Montserrat" w:hAnsi="Montserrat"/>
        </w:rPr>
        <w:t xml:space="preserve">4 Staff and </w:t>
      </w:r>
      <w:r w:rsidR="00C832FC">
        <w:rPr>
          <w:rFonts w:ascii="Montserrat" w:hAnsi="Montserrat"/>
        </w:rPr>
        <w:t>V</w:t>
      </w:r>
      <w:r w:rsidRPr="00C832FC">
        <w:rPr>
          <w:rFonts w:ascii="Montserrat" w:hAnsi="Montserrat"/>
        </w:rPr>
        <w:t xml:space="preserve">olunteer </w:t>
      </w:r>
      <w:r w:rsidR="00C832FC">
        <w:rPr>
          <w:rFonts w:ascii="Montserrat" w:hAnsi="Montserrat"/>
        </w:rPr>
        <w:t>B</w:t>
      </w:r>
      <w:r w:rsidRPr="00C832FC">
        <w:rPr>
          <w:rFonts w:ascii="Montserrat" w:hAnsi="Montserrat"/>
        </w:rPr>
        <w:t>oundaries</w:t>
      </w:r>
    </w:p>
    <w:p w14:paraId="09842353" w14:textId="77777777" w:rsidR="00F44177" w:rsidRPr="00C832FC" w:rsidRDefault="00000000">
      <w:pPr>
        <w:pStyle w:val="ListBullet"/>
        <w:rPr>
          <w:rFonts w:ascii="Montserrat" w:hAnsi="Montserrat"/>
        </w:rPr>
      </w:pPr>
      <w:r w:rsidRPr="00C832FC">
        <w:rPr>
          <w:rFonts w:ascii="Montserrat" w:hAnsi="Montserrat"/>
        </w:rPr>
        <w:t>Keep interactions with children observable and interruptible by another adult. Do not take a child into an isolated room, vehicle, or staff-only area. If an emergency prevents normal visibility, obtain help as soon as possible and document why.</w:t>
      </w:r>
    </w:p>
    <w:p w14:paraId="2D4BDAB4" w14:textId="77777777" w:rsidR="00F44177" w:rsidRPr="00C832FC" w:rsidRDefault="00000000">
      <w:pPr>
        <w:pStyle w:val="ListBullet"/>
        <w:rPr>
          <w:rFonts w:ascii="Montserrat" w:hAnsi="Montserrat"/>
        </w:rPr>
      </w:pPr>
      <w:r w:rsidRPr="00C832FC">
        <w:rPr>
          <w:rFonts w:ascii="Montserrat" w:hAnsi="Montserrat"/>
        </w:rPr>
        <w:t>Do not use physical punishment, humiliation, threats, sexual comments, pornography, tickling, wrestling, lap sitting, or unnecessary touching. Respect a child’s refusal of contact. Necessary first aid or action to prevent imminent injury must be proportionate and explained when possible.</w:t>
      </w:r>
    </w:p>
    <w:p w14:paraId="52120408" w14:textId="77777777" w:rsidR="00F44177" w:rsidRPr="00C832FC" w:rsidRDefault="00000000">
      <w:pPr>
        <w:pStyle w:val="ListBullet"/>
        <w:rPr>
          <w:rFonts w:ascii="Montserrat" w:hAnsi="Montserrat"/>
        </w:rPr>
      </w:pPr>
      <w:r w:rsidRPr="00C832FC">
        <w:rPr>
          <w:rFonts w:ascii="Montserrat" w:hAnsi="Montserrat"/>
        </w:rPr>
        <w:t>Do not request secrets, offer personal gifts or special favors, arrange private meetings, provide private transport, or pursue romantic or sexual contact with a child encountered through work. Report grooming or boundary concerns even without proof of abuse.</w:t>
      </w:r>
    </w:p>
    <w:p w14:paraId="18317C2D" w14:textId="77777777" w:rsidR="00F44177" w:rsidRPr="00C832FC" w:rsidRDefault="00000000">
      <w:pPr>
        <w:pStyle w:val="ListBullet"/>
        <w:rPr>
          <w:rFonts w:ascii="Montserrat" w:hAnsi="Montserrat"/>
        </w:rPr>
      </w:pPr>
      <w:r w:rsidRPr="00C832FC">
        <w:rPr>
          <w:rFonts w:ascii="Montserrat" w:hAnsi="Montserrat"/>
        </w:rPr>
        <w:t>Use approved business channels for necessary family communications and include the caregiver. Do not privately message or add child guests through personal social accounts. Do not photograph children on personal devices for brewery purposes.</w:t>
      </w:r>
    </w:p>
    <w:p w14:paraId="3D7598F3" w14:textId="77777777" w:rsidR="00F44177" w:rsidRPr="00C832FC" w:rsidRDefault="00000000">
      <w:pPr>
        <w:rPr>
          <w:rFonts w:ascii="Montserrat" w:hAnsi="Montserrat"/>
        </w:rPr>
      </w:pPr>
      <w:r w:rsidRPr="00C832FC">
        <w:rPr>
          <w:rFonts w:ascii="Montserrat" w:hAnsi="Montserrat"/>
        </w:rPr>
        <w:t>No recording is allowed in restrooms or changing spaces. Obtain caregiver permission and the child’s agreement, when able, before identifiable promotional photos. Do not publish children’s full names, school details, or live location information. Staff must be unimpaired while working or leading activities. Report boundary violations promptly to the lead as well as authorities when required.</w:t>
      </w:r>
    </w:p>
    <w:p w14:paraId="43F7DAF6" w14:textId="6B86F77D" w:rsidR="00F44177" w:rsidRPr="005C4DA9" w:rsidRDefault="00000000">
      <w:pPr>
        <w:pStyle w:val="Heading1"/>
        <w:rPr>
          <w:rFonts w:ascii="Montserrat" w:hAnsi="Montserrat"/>
          <w:sz w:val="32"/>
        </w:rPr>
      </w:pPr>
      <w:r w:rsidRPr="005C4DA9">
        <w:rPr>
          <w:rFonts w:ascii="Montserrat" w:hAnsi="Montserrat"/>
          <w:sz w:val="32"/>
        </w:rPr>
        <w:lastRenderedPageBreak/>
        <w:t xml:space="preserve">Recognizing </w:t>
      </w:r>
      <w:r w:rsidR="00C832FC" w:rsidRPr="005C4DA9">
        <w:rPr>
          <w:rFonts w:ascii="Montserrat" w:hAnsi="Montserrat"/>
          <w:sz w:val="32"/>
        </w:rPr>
        <w:t>H</w:t>
      </w:r>
      <w:r w:rsidRPr="005C4DA9">
        <w:rPr>
          <w:rFonts w:ascii="Montserrat" w:hAnsi="Montserrat"/>
          <w:sz w:val="32"/>
        </w:rPr>
        <w:t xml:space="preserve">arm and </w:t>
      </w:r>
      <w:r w:rsidR="00C832FC" w:rsidRPr="005C4DA9">
        <w:rPr>
          <w:rFonts w:ascii="Montserrat" w:hAnsi="Montserrat"/>
          <w:sz w:val="32"/>
        </w:rPr>
        <w:t>M</w:t>
      </w:r>
      <w:r w:rsidRPr="005C4DA9">
        <w:rPr>
          <w:rFonts w:ascii="Montserrat" w:hAnsi="Montserrat"/>
          <w:sz w:val="32"/>
        </w:rPr>
        <w:t xml:space="preserve">aking </w:t>
      </w:r>
      <w:r w:rsidR="00C832FC" w:rsidRPr="005C4DA9">
        <w:rPr>
          <w:rFonts w:ascii="Montserrat" w:hAnsi="Montserrat"/>
          <w:sz w:val="32"/>
        </w:rPr>
        <w:t>R</w:t>
      </w:r>
      <w:r w:rsidRPr="005C4DA9">
        <w:rPr>
          <w:rFonts w:ascii="Montserrat" w:hAnsi="Montserrat"/>
          <w:sz w:val="32"/>
        </w:rPr>
        <w:t>eports</w:t>
      </w:r>
    </w:p>
    <w:p w14:paraId="1697F220" w14:textId="0416C9ED" w:rsidR="00F44177" w:rsidRPr="00C832FC" w:rsidRDefault="00000000">
      <w:pPr>
        <w:pStyle w:val="Heading2"/>
        <w:rPr>
          <w:rFonts w:ascii="Montserrat" w:hAnsi="Montserrat"/>
        </w:rPr>
      </w:pPr>
      <w:r w:rsidRPr="00C832FC">
        <w:rPr>
          <w:rFonts w:ascii="Montserrat" w:hAnsi="Montserrat"/>
        </w:rPr>
        <w:t xml:space="preserve">5 Recognize and </w:t>
      </w:r>
      <w:r w:rsidR="00C832FC">
        <w:rPr>
          <w:rFonts w:ascii="Montserrat" w:hAnsi="Montserrat"/>
        </w:rPr>
        <w:t>R</w:t>
      </w:r>
      <w:r w:rsidRPr="00C832FC">
        <w:rPr>
          <w:rFonts w:ascii="Montserrat" w:hAnsi="Montserrat"/>
        </w:rPr>
        <w:t>espond</w:t>
      </w:r>
    </w:p>
    <w:p w14:paraId="5E307889" w14:textId="77777777" w:rsidR="00F44177" w:rsidRPr="00C832FC" w:rsidRDefault="00000000">
      <w:pPr>
        <w:rPr>
          <w:rFonts w:ascii="Montserrat" w:hAnsi="Montserrat"/>
        </w:rPr>
      </w:pPr>
      <w:r w:rsidRPr="00C832FC">
        <w:rPr>
          <w:rFonts w:ascii="Montserrat" w:hAnsi="Montserrat"/>
        </w:rPr>
        <w:t>Concerns may include unexplained injury, sexual contact or exposure, threats, degrading treatment, grooming, exploitation, bullying, dangerous lack of supervision, or a caregiver unable to meet a child’s immediate safety needs. Harm may involve a caregiver, employee, guest, stranger, or another child, and may have occurred elsewhere. A single sign is not proof; record facts and let the appropriate agency assess them. Poverty, disability, family structure, and a caregiver having one drink are not by themselves evidence of abuse.</w:t>
      </w:r>
    </w:p>
    <w:p w14:paraId="048D017B" w14:textId="77777777" w:rsidR="00F44177" w:rsidRPr="00C832FC" w:rsidRDefault="00000000">
      <w:pPr>
        <w:rPr>
          <w:rFonts w:ascii="Montserrat" w:hAnsi="Montserrat"/>
        </w:rPr>
      </w:pPr>
      <w:r w:rsidRPr="00C832FC">
        <w:rPr>
          <w:rFonts w:ascii="Montserrat" w:hAnsi="Montserrat"/>
        </w:rPr>
        <w:t>If someone discloses harm, listen calmly. Say, “Thank you for telling me. This is not your fault. I need to get help to keep you safe.” Ask only what is needed for immediate safety, using open prompts. Do not interrogate, ask leading questions, promise secrecy, confront the alleged offender, or make the person repeat the account to several staff members.</w:t>
      </w:r>
    </w:p>
    <w:p w14:paraId="307E79C4" w14:textId="509D1970" w:rsidR="00F44177" w:rsidRPr="00C832FC" w:rsidRDefault="00000000">
      <w:pPr>
        <w:pStyle w:val="Heading2"/>
        <w:rPr>
          <w:rFonts w:ascii="Montserrat" w:hAnsi="Montserrat"/>
        </w:rPr>
      </w:pPr>
      <w:r w:rsidRPr="00C832FC">
        <w:rPr>
          <w:rFonts w:ascii="Montserrat" w:hAnsi="Montserrat"/>
        </w:rPr>
        <w:t xml:space="preserve">6 North Carolina </w:t>
      </w:r>
      <w:r w:rsidR="00C832FC">
        <w:rPr>
          <w:rFonts w:ascii="Montserrat" w:hAnsi="Montserrat"/>
        </w:rPr>
        <w:t>R</w:t>
      </w:r>
      <w:r w:rsidRPr="00C832FC">
        <w:rPr>
          <w:rFonts w:ascii="Montserrat" w:hAnsi="Montserrat"/>
        </w:rPr>
        <w:t xml:space="preserve">eporting </w:t>
      </w:r>
      <w:r w:rsidR="00C832FC">
        <w:rPr>
          <w:rFonts w:ascii="Montserrat" w:hAnsi="Montserrat"/>
        </w:rPr>
        <w:t>D</w:t>
      </w:r>
      <w:r w:rsidRPr="00C832FC">
        <w:rPr>
          <w:rFonts w:ascii="Montserrat" w:hAnsi="Montserrat"/>
        </w:rPr>
        <w:t>uties</w:t>
      </w:r>
    </w:p>
    <w:p w14:paraId="7F1222E0" w14:textId="77777777" w:rsidR="00F44177" w:rsidRPr="00C832FC" w:rsidRDefault="00000000">
      <w:pPr>
        <w:rPr>
          <w:rFonts w:ascii="Montserrat" w:hAnsi="Montserrat"/>
        </w:rPr>
      </w:pPr>
      <w:r w:rsidRPr="00C832FC">
        <w:rPr>
          <w:rFonts w:ascii="Montserrat" w:hAnsi="Montserrat"/>
        </w:rPr>
        <w:t>Immediate danger, serious injury, suspected abduction, or imminent impaired driving: call 911 now. Give the location and immediate risks. Take safe protective steps while help is coming.</w:t>
      </w:r>
    </w:p>
    <w:p w14:paraId="75D0E0EF" w14:textId="77777777" w:rsidR="00F44177" w:rsidRPr="002164E3" w:rsidRDefault="00000000">
      <w:pPr>
        <w:rPr>
          <w:rFonts w:ascii="Montserrat" w:hAnsi="Montserrat"/>
        </w:rPr>
      </w:pPr>
      <w:r w:rsidRPr="00C832FC">
        <w:rPr>
          <w:rFonts w:ascii="Montserrat" w:hAnsi="Montserrat"/>
        </w:rPr>
        <w:t xml:space="preserve">Child </w:t>
      </w:r>
      <w:r w:rsidRPr="002164E3">
        <w:rPr>
          <w:rFonts w:ascii="Montserrat" w:hAnsi="Montserrat"/>
        </w:rPr>
        <w:t>protective services: G.S. 7B-301 requires any person or institution with cause to suspect abuse, neglect, dependency, or death due to maltreatment, as defined by North Carolina law, to report to DSS in the county where the juvenile lives or is found. Brewery policy requires a prompt direct report without waiting for proof. Use the county contacts on the response sheet. Unknown information must not delay the call.</w:t>
      </w:r>
    </w:p>
    <w:p w14:paraId="695230E0" w14:textId="1EB6161E" w:rsidR="00F44177" w:rsidRPr="00C832FC" w:rsidRDefault="00000000">
      <w:pPr>
        <w:rPr>
          <w:rFonts w:ascii="Montserrat" w:hAnsi="Montserrat"/>
        </w:rPr>
      </w:pPr>
      <w:r w:rsidRPr="002164E3">
        <w:rPr>
          <w:rFonts w:ascii="Montserrat" w:hAnsi="Montserrat"/>
        </w:rPr>
        <w:t>Law enforcement: G.S. 14-318.6 requires a person 18 or older who knows or reasonably should know a juvenile has been the victim of a violent offense, sexual offense, or misdemeanor child abuse under G.S. 14-318.2 to report</w:t>
      </w:r>
      <w:r w:rsidRPr="00C832FC">
        <w:rPr>
          <w:rFonts w:ascii="Montserrat" w:hAnsi="Montserrat"/>
        </w:rPr>
        <w:t xml:space="preserve"> immediately to appropriate local law enforcement in the county where the juvenile lives or is found. Report suspected criminal harm by </w:t>
      </w:r>
      <w:proofErr w:type="spellStart"/>
      <w:r w:rsidRPr="00C832FC">
        <w:rPr>
          <w:rFonts w:ascii="Montserrat" w:hAnsi="Montserrat"/>
        </w:rPr>
        <w:t>noncaregivers</w:t>
      </w:r>
      <w:proofErr w:type="spellEnd"/>
      <w:r w:rsidRPr="00C832FC">
        <w:rPr>
          <w:rFonts w:ascii="Montserrat" w:hAnsi="Montserrat"/>
        </w:rPr>
        <w:t xml:space="preserve"> too; do not assume it belongs only with DSS.</w:t>
      </w:r>
    </w:p>
    <w:p w14:paraId="1129EB8D" w14:textId="2F96ECA0" w:rsidR="00F44177" w:rsidRPr="00C832FC" w:rsidRDefault="006E4367">
      <w:pPr>
        <w:rPr>
          <w:rFonts w:ascii="Montserrat" w:hAnsi="Montserrat"/>
        </w:rPr>
      </w:pPr>
      <w:r>
        <w:rPr>
          <w:rFonts w:ascii="Montserrat" w:hAnsi="Montserrat"/>
        </w:rPr>
        <w:t>Always</w:t>
      </w:r>
      <w:r w:rsidRPr="00C832FC">
        <w:rPr>
          <w:rFonts w:ascii="Montserrat" w:hAnsi="Montserrat"/>
        </w:rPr>
        <w:t xml:space="preserve"> report to both agencies. A report to management, an insurer, or a hotline does not replace these reports. Do not assume someone else has reported. Staff may make a joint </w:t>
      </w:r>
      <w:proofErr w:type="gramStart"/>
      <w:r w:rsidRPr="00C832FC">
        <w:rPr>
          <w:rFonts w:ascii="Montserrat" w:hAnsi="Montserrat"/>
        </w:rPr>
        <w:t>call, but</w:t>
      </w:r>
      <w:proofErr w:type="gramEnd"/>
      <w:r w:rsidRPr="00C832FC">
        <w:rPr>
          <w:rFonts w:ascii="Montserrat" w:hAnsi="Montserrat"/>
        </w:rPr>
        <w:t xml:space="preserve"> must ensure their information reaches the required agency. </w:t>
      </w:r>
      <w:r>
        <w:rPr>
          <w:rFonts w:ascii="Montserrat" w:hAnsi="Montserrat"/>
        </w:rPr>
        <w:t>Promptly contact DSS and law enforcement to report suspicions and receive further guidance.</w:t>
      </w:r>
    </w:p>
    <w:p w14:paraId="103E4276" w14:textId="77777777" w:rsidR="00F44177" w:rsidRPr="00C832FC" w:rsidRDefault="00000000">
      <w:pPr>
        <w:rPr>
          <w:rFonts w:ascii="Montserrat" w:hAnsi="Montserrat"/>
        </w:rPr>
      </w:pPr>
      <w:r w:rsidRPr="00C832FC">
        <w:rPr>
          <w:rFonts w:ascii="Montserrat" w:hAnsi="Montserrat"/>
        </w:rPr>
        <w:t xml:space="preserve">Share what you know: who is involved, their </w:t>
      </w:r>
      <w:proofErr w:type="gramStart"/>
      <w:r w:rsidRPr="00C832FC">
        <w:rPr>
          <w:rFonts w:ascii="Montserrat" w:hAnsi="Montserrat"/>
        </w:rPr>
        <w:t>ages</w:t>
      </w:r>
      <w:proofErr w:type="gramEnd"/>
      <w:r w:rsidRPr="00C832FC">
        <w:rPr>
          <w:rFonts w:ascii="Montserrat" w:hAnsi="Montserrat"/>
        </w:rPr>
        <w:t xml:space="preserve"> and contact details if known, current location, what was seen or said, injuries, alleged offender information, and others at risk. Give your own contact information as required. Record the agency, recipient, time, reference number, and instructions.</w:t>
      </w:r>
    </w:p>
    <w:p w14:paraId="3F887239" w14:textId="77777777" w:rsidR="00F44177" w:rsidRPr="00C832FC" w:rsidRDefault="00000000">
      <w:pPr>
        <w:rPr>
          <w:rFonts w:ascii="Montserrat" w:hAnsi="Montserrat"/>
        </w:rPr>
      </w:pPr>
      <w:r w:rsidRPr="00C832FC">
        <w:rPr>
          <w:rFonts w:ascii="Montserrat" w:hAnsi="Montserrat"/>
        </w:rPr>
        <w:t>After immediate protection and required calls, notify the lead or alternate and complete an incident record before the shift ends when practicable. Do not notify a suspected caregiver first; ask the agency how and when to inform caregivers. Managers preserve evidence and cooperate with authorities; staff do not investigate abuse.</w:t>
      </w:r>
    </w:p>
    <w:p w14:paraId="7092C7E0" w14:textId="77777777" w:rsidR="00F44177" w:rsidRPr="00C832FC" w:rsidRDefault="00000000">
      <w:pPr>
        <w:rPr>
          <w:rFonts w:ascii="Montserrat" w:hAnsi="Montserrat"/>
        </w:rPr>
      </w:pPr>
      <w:r w:rsidRPr="00C832FC">
        <w:rPr>
          <w:rFonts w:ascii="Montserrat" w:hAnsi="Montserrat"/>
        </w:rPr>
        <w:br w:type="page"/>
      </w:r>
    </w:p>
    <w:p w14:paraId="4A0ACE0A" w14:textId="3A79D205" w:rsidR="00F44177" w:rsidRPr="005C4DA9" w:rsidRDefault="00000000">
      <w:pPr>
        <w:pStyle w:val="Heading1"/>
        <w:rPr>
          <w:rFonts w:ascii="Montserrat" w:hAnsi="Montserrat"/>
          <w:sz w:val="32"/>
        </w:rPr>
      </w:pPr>
      <w:r w:rsidRPr="005C4DA9">
        <w:rPr>
          <w:rFonts w:ascii="Montserrat" w:hAnsi="Montserrat"/>
          <w:sz w:val="32"/>
        </w:rPr>
        <w:lastRenderedPageBreak/>
        <w:t xml:space="preserve">Responding to </w:t>
      </w:r>
      <w:r w:rsidR="00C832FC" w:rsidRPr="005C4DA9">
        <w:rPr>
          <w:rFonts w:ascii="Montserrat" w:hAnsi="Montserrat"/>
          <w:sz w:val="32"/>
        </w:rPr>
        <w:t>C</w:t>
      </w:r>
      <w:r w:rsidRPr="005C4DA9">
        <w:rPr>
          <w:rFonts w:ascii="Montserrat" w:hAnsi="Montserrat"/>
          <w:sz w:val="32"/>
        </w:rPr>
        <w:t xml:space="preserve">ommon </w:t>
      </w:r>
      <w:r w:rsidR="00C832FC" w:rsidRPr="005C4DA9">
        <w:rPr>
          <w:rFonts w:ascii="Montserrat" w:hAnsi="Montserrat"/>
          <w:sz w:val="32"/>
        </w:rPr>
        <w:t>B</w:t>
      </w:r>
      <w:r w:rsidRPr="005C4DA9">
        <w:rPr>
          <w:rFonts w:ascii="Montserrat" w:hAnsi="Montserrat"/>
          <w:sz w:val="32"/>
        </w:rPr>
        <w:t xml:space="preserve">rewery </w:t>
      </w:r>
      <w:r w:rsidR="00C832FC" w:rsidRPr="005C4DA9">
        <w:rPr>
          <w:rFonts w:ascii="Montserrat" w:hAnsi="Montserrat"/>
          <w:sz w:val="32"/>
        </w:rPr>
        <w:t>S</w:t>
      </w:r>
      <w:r w:rsidRPr="005C4DA9">
        <w:rPr>
          <w:rFonts w:ascii="Montserrat" w:hAnsi="Montserrat"/>
          <w:sz w:val="32"/>
        </w:rPr>
        <w:t>ituations</w:t>
      </w:r>
    </w:p>
    <w:p w14:paraId="1B8F449B" w14:textId="5934F3DA" w:rsidR="00F44177" w:rsidRPr="00C832FC" w:rsidRDefault="00000000">
      <w:pPr>
        <w:pStyle w:val="Heading2"/>
        <w:rPr>
          <w:rFonts w:ascii="Montserrat" w:hAnsi="Montserrat"/>
        </w:rPr>
      </w:pPr>
      <w:r w:rsidRPr="00C832FC">
        <w:rPr>
          <w:rFonts w:ascii="Montserrat" w:hAnsi="Montserrat"/>
        </w:rPr>
        <w:t xml:space="preserve">7 Missing or </w:t>
      </w:r>
      <w:r w:rsidR="00C832FC">
        <w:rPr>
          <w:rFonts w:ascii="Montserrat" w:hAnsi="Montserrat"/>
        </w:rPr>
        <w:t>S</w:t>
      </w:r>
      <w:r w:rsidRPr="00C832FC">
        <w:rPr>
          <w:rFonts w:ascii="Montserrat" w:hAnsi="Montserrat"/>
        </w:rPr>
        <w:t xml:space="preserve">eparated </w:t>
      </w:r>
      <w:r w:rsidR="00C832FC">
        <w:rPr>
          <w:rFonts w:ascii="Montserrat" w:hAnsi="Montserrat"/>
        </w:rPr>
        <w:t>C</w:t>
      </w:r>
      <w:r w:rsidRPr="00C832FC">
        <w:rPr>
          <w:rFonts w:ascii="Montserrat" w:hAnsi="Montserrat"/>
        </w:rPr>
        <w:t>hildren</w:t>
      </w:r>
    </w:p>
    <w:p w14:paraId="6247A228" w14:textId="77777777" w:rsidR="00F44177" w:rsidRPr="00C832FC" w:rsidRDefault="00000000">
      <w:pPr>
        <w:rPr>
          <w:rFonts w:ascii="Montserrat" w:hAnsi="Montserrat"/>
        </w:rPr>
      </w:pPr>
      <w:r w:rsidRPr="00C832FC">
        <w:rPr>
          <w:rFonts w:ascii="Montserrat" w:hAnsi="Montserrat"/>
        </w:rPr>
        <w:t>If a child is reported missing, alert the manager and call 911 immediately; there is no waiting period. Get a description and last known location. Assign staff to check nearby areas and observe exits without locking exits, detaining guests, or abandoning safety duties. Follow police directions and keep the caregiver informed.</w:t>
      </w:r>
    </w:p>
    <w:p w14:paraId="7124CD0B" w14:textId="77777777" w:rsidR="00F44177" w:rsidRPr="00C832FC" w:rsidRDefault="00000000">
      <w:pPr>
        <w:rPr>
          <w:rFonts w:ascii="Montserrat" w:hAnsi="Montserrat"/>
        </w:rPr>
      </w:pPr>
      <w:r w:rsidRPr="00C832FC">
        <w:rPr>
          <w:rFonts w:ascii="Montserrat" w:hAnsi="Montserrat"/>
        </w:rPr>
        <w:t>If a child is found without a caregiver, stay with the child in a safe visible location and summon another worker. Do not send the child to search, announce identifying details publicly, or leave the child alone. Ask the manager to locate the caregiver. Call 911 if the child is distressed, endangered, or a caregiver cannot be promptly located. Verify the adult’s relationship and the child’s response before reunification. If identity, custody, or safety is disputed, seek law enforcement help. Record the handover and any concerns.</w:t>
      </w:r>
    </w:p>
    <w:p w14:paraId="2BDB0A25" w14:textId="4CF0343F" w:rsidR="00F44177" w:rsidRPr="00C832FC" w:rsidRDefault="00000000">
      <w:pPr>
        <w:pStyle w:val="Heading2"/>
        <w:rPr>
          <w:rFonts w:ascii="Montserrat" w:hAnsi="Montserrat"/>
        </w:rPr>
      </w:pPr>
      <w:r w:rsidRPr="00C832FC">
        <w:rPr>
          <w:rFonts w:ascii="Montserrat" w:hAnsi="Montserrat"/>
        </w:rPr>
        <w:t xml:space="preserve">8 Impaired </w:t>
      </w:r>
      <w:r w:rsidR="00C832FC">
        <w:rPr>
          <w:rFonts w:ascii="Montserrat" w:hAnsi="Montserrat"/>
        </w:rPr>
        <w:t>C</w:t>
      </w:r>
      <w:r w:rsidRPr="00C832FC">
        <w:rPr>
          <w:rFonts w:ascii="Montserrat" w:hAnsi="Montserrat"/>
        </w:rPr>
        <w:t xml:space="preserve">aregivers and </w:t>
      </w:r>
      <w:r w:rsidR="00C832FC">
        <w:rPr>
          <w:rFonts w:ascii="Montserrat" w:hAnsi="Montserrat"/>
        </w:rPr>
        <w:t>U</w:t>
      </w:r>
      <w:r w:rsidRPr="00C832FC">
        <w:rPr>
          <w:rFonts w:ascii="Montserrat" w:hAnsi="Montserrat"/>
        </w:rPr>
        <w:t xml:space="preserve">nsafe </w:t>
      </w:r>
      <w:r w:rsidR="00C832FC">
        <w:rPr>
          <w:rFonts w:ascii="Montserrat" w:hAnsi="Montserrat"/>
        </w:rPr>
        <w:t>D</w:t>
      </w:r>
      <w:r w:rsidRPr="00C832FC">
        <w:rPr>
          <w:rFonts w:ascii="Montserrat" w:hAnsi="Montserrat"/>
        </w:rPr>
        <w:t>eparture</w:t>
      </w:r>
    </w:p>
    <w:p w14:paraId="0D20FDB1" w14:textId="77777777" w:rsidR="00F44177" w:rsidRPr="00C832FC" w:rsidRDefault="00000000">
      <w:pPr>
        <w:rPr>
          <w:rFonts w:ascii="Montserrat" w:hAnsi="Montserrat"/>
        </w:rPr>
      </w:pPr>
      <w:r w:rsidRPr="00C832FC">
        <w:rPr>
          <w:rFonts w:ascii="Montserrat" w:hAnsi="Montserrat"/>
        </w:rPr>
        <w:t>Use specific observations, such as falling, inability to stay awake, or leaving a young child unattended. Stop alcohol service when required, get the manager, and address the supervision risk respectfully. Ask whether a sober, responsible adult trusted by the caregiver can take over and arrange safe transport with appropriate child restraints. A taxi or rideshare alone does not solve the absence of a capable caregiver.</w:t>
      </w:r>
    </w:p>
    <w:p w14:paraId="45B13762" w14:textId="77777777" w:rsidR="00F44177" w:rsidRPr="00C832FC" w:rsidRDefault="00000000">
      <w:pPr>
        <w:rPr>
          <w:rFonts w:ascii="Montserrat" w:hAnsi="Montserrat"/>
        </w:rPr>
      </w:pPr>
      <w:r w:rsidRPr="00C832FC">
        <w:rPr>
          <w:rFonts w:ascii="Montserrat" w:hAnsi="Montserrat"/>
        </w:rPr>
        <w:t>If no safe caregiver is available, or the situation suggests neglect or dependency, contact DSS promptly. Call 911 for immediate danger, including attempted impaired driving with a child. Safely provide vehicle details, direction of travel, and location if the vehicle leaves. Do not chase, physically block a vehicle, or attempt to seize custody. Follow dispatcher directions. A service refusal or request to leave must include attention to a child’s safe departure.</w:t>
      </w:r>
    </w:p>
    <w:p w14:paraId="3AA67A67" w14:textId="2D4226BF" w:rsidR="00F44177" w:rsidRPr="00C832FC" w:rsidRDefault="00000000">
      <w:pPr>
        <w:pStyle w:val="Heading2"/>
        <w:rPr>
          <w:rFonts w:ascii="Montserrat" w:hAnsi="Montserrat"/>
        </w:rPr>
      </w:pPr>
      <w:r w:rsidRPr="00C832FC">
        <w:rPr>
          <w:rFonts w:ascii="Montserrat" w:hAnsi="Montserrat"/>
        </w:rPr>
        <w:t xml:space="preserve">9 Violence and </w:t>
      </w:r>
      <w:r w:rsidR="00C832FC">
        <w:rPr>
          <w:rFonts w:ascii="Montserrat" w:hAnsi="Montserrat"/>
        </w:rPr>
        <w:t>A</w:t>
      </w:r>
      <w:r w:rsidRPr="00C832FC">
        <w:rPr>
          <w:rFonts w:ascii="Montserrat" w:hAnsi="Montserrat"/>
        </w:rPr>
        <w:t xml:space="preserve">dults who </w:t>
      </w:r>
      <w:r w:rsidR="00C832FC">
        <w:rPr>
          <w:rFonts w:ascii="Montserrat" w:hAnsi="Montserrat"/>
        </w:rPr>
        <w:t>N</w:t>
      </w:r>
      <w:r w:rsidRPr="00C832FC">
        <w:rPr>
          <w:rFonts w:ascii="Montserrat" w:hAnsi="Montserrat"/>
        </w:rPr>
        <w:t xml:space="preserve">eed </w:t>
      </w:r>
      <w:r w:rsidR="00C832FC">
        <w:rPr>
          <w:rFonts w:ascii="Montserrat" w:hAnsi="Montserrat"/>
        </w:rPr>
        <w:t>S</w:t>
      </w:r>
      <w:r w:rsidRPr="00C832FC">
        <w:rPr>
          <w:rFonts w:ascii="Montserrat" w:hAnsi="Montserrat"/>
        </w:rPr>
        <w:t>upport</w:t>
      </w:r>
    </w:p>
    <w:p w14:paraId="1FB2860E" w14:textId="77777777" w:rsidR="00F44177" w:rsidRPr="00C832FC" w:rsidRDefault="00000000">
      <w:pPr>
        <w:rPr>
          <w:rFonts w:ascii="Montserrat" w:hAnsi="Montserrat"/>
        </w:rPr>
      </w:pPr>
      <w:r w:rsidRPr="00C832FC">
        <w:rPr>
          <w:rFonts w:ascii="Montserrat" w:hAnsi="Montserrat"/>
        </w:rPr>
        <w:t>Respond to domestic violence, stalking, threats, harassment, and sexual misconduct affecting adults as well as children. Offer a safer visible place and ask the affected adult what help they want when it is safe to do so. Do not mediate with an alleged abuser or share the person’s location or travel plans. Call 911 for immediate danger and apply child reporting duties when children may be harmed.</w:t>
      </w:r>
    </w:p>
    <w:p w14:paraId="430E8828" w14:textId="762B1D00" w:rsidR="00F44177" w:rsidRPr="005C4DA9" w:rsidRDefault="00000000">
      <w:pPr>
        <w:pStyle w:val="Heading1"/>
        <w:rPr>
          <w:rFonts w:ascii="Montserrat" w:hAnsi="Montserrat"/>
          <w:sz w:val="32"/>
        </w:rPr>
      </w:pPr>
      <w:r w:rsidRPr="005C4DA9">
        <w:rPr>
          <w:rFonts w:ascii="Montserrat" w:hAnsi="Montserrat"/>
          <w:sz w:val="32"/>
        </w:rPr>
        <w:t xml:space="preserve">Management </w:t>
      </w:r>
      <w:r w:rsidR="00C832FC" w:rsidRPr="005C4DA9">
        <w:rPr>
          <w:rFonts w:ascii="Montserrat" w:hAnsi="Montserrat"/>
          <w:sz w:val="32"/>
        </w:rPr>
        <w:t>S</w:t>
      </w:r>
      <w:r w:rsidRPr="005C4DA9">
        <w:rPr>
          <w:rFonts w:ascii="Montserrat" w:hAnsi="Montserrat"/>
          <w:sz w:val="32"/>
        </w:rPr>
        <w:t xml:space="preserve">afeguards and </w:t>
      </w:r>
      <w:r w:rsidR="00C832FC" w:rsidRPr="005C4DA9">
        <w:rPr>
          <w:rFonts w:ascii="Montserrat" w:hAnsi="Montserrat"/>
          <w:sz w:val="32"/>
        </w:rPr>
        <w:t>A</w:t>
      </w:r>
      <w:r w:rsidRPr="005C4DA9">
        <w:rPr>
          <w:rFonts w:ascii="Montserrat" w:hAnsi="Montserrat"/>
          <w:sz w:val="32"/>
        </w:rPr>
        <w:t>ccountability</w:t>
      </w:r>
    </w:p>
    <w:p w14:paraId="1F8A3296" w14:textId="6A29D199" w:rsidR="00F44177" w:rsidRPr="00C832FC" w:rsidRDefault="00000000">
      <w:pPr>
        <w:pStyle w:val="Heading2"/>
        <w:rPr>
          <w:rFonts w:ascii="Montserrat" w:hAnsi="Montserrat"/>
        </w:rPr>
      </w:pPr>
      <w:r w:rsidRPr="00C832FC">
        <w:rPr>
          <w:rFonts w:ascii="Montserrat" w:hAnsi="Montserrat"/>
        </w:rPr>
        <w:t xml:space="preserve">10 Events and </w:t>
      </w:r>
      <w:r w:rsidR="00C832FC">
        <w:rPr>
          <w:rFonts w:ascii="Montserrat" w:hAnsi="Montserrat"/>
        </w:rPr>
        <w:t>P</w:t>
      </w:r>
      <w:r w:rsidRPr="00C832FC">
        <w:rPr>
          <w:rFonts w:ascii="Montserrat" w:hAnsi="Montserrat"/>
        </w:rPr>
        <w:t xml:space="preserve">eople </w:t>
      </w:r>
      <w:r w:rsidR="00C832FC">
        <w:rPr>
          <w:rFonts w:ascii="Montserrat" w:hAnsi="Montserrat"/>
        </w:rPr>
        <w:t>W</w:t>
      </w:r>
      <w:r w:rsidRPr="00C832FC">
        <w:rPr>
          <w:rFonts w:ascii="Montserrat" w:hAnsi="Montserrat"/>
        </w:rPr>
        <w:t xml:space="preserve">orking with </w:t>
      </w:r>
      <w:r w:rsidR="00C832FC">
        <w:rPr>
          <w:rFonts w:ascii="Montserrat" w:hAnsi="Montserrat"/>
        </w:rPr>
        <w:t>C</w:t>
      </w:r>
      <w:r w:rsidRPr="00C832FC">
        <w:rPr>
          <w:rFonts w:ascii="Montserrat" w:hAnsi="Montserrat"/>
        </w:rPr>
        <w:t>hildren</w:t>
      </w:r>
    </w:p>
    <w:p w14:paraId="13C365FC" w14:textId="77777777" w:rsidR="00F44177" w:rsidRPr="00C832FC" w:rsidRDefault="00000000">
      <w:pPr>
        <w:rPr>
          <w:rFonts w:ascii="Montserrat" w:hAnsi="Montserrat"/>
        </w:rPr>
      </w:pPr>
      <w:r w:rsidRPr="00C832FC">
        <w:rPr>
          <w:rFonts w:ascii="Montserrat" w:hAnsi="Montserrat"/>
        </w:rPr>
        <w:t xml:space="preserve">Family activities: </w:t>
      </w:r>
      <w:r w:rsidRPr="00C832FC">
        <w:rPr>
          <w:rFonts w:ascii="Montserrat" w:hAnsi="Montserrat"/>
          <w:b/>
          <w:highlight w:val="yellow"/>
        </w:rPr>
        <w:t>[CHOOSE NO ORGANIZED CHILD ACTIVITIES OR DESCRIBE CAREGIVER ATTENDED ACTIVITIES]</w:t>
      </w:r>
      <w:r w:rsidRPr="00C832FC">
        <w:rPr>
          <w:rFonts w:ascii="Montserrat" w:hAnsi="Montserrat"/>
        </w:rPr>
        <w:t>. Caregivers remain responsible throughout these activities. Before each event, the manager reviews attendance, visibility, hazards, age suitability, accessibility, staffing, emergency arrangements, and vendor responsibilities. Post age restrictions and supervision expectations before booking.</w:t>
      </w:r>
    </w:p>
    <w:p w14:paraId="4A2C1E95" w14:textId="77777777" w:rsidR="00F44177" w:rsidRPr="00C832FC" w:rsidRDefault="00000000">
      <w:pPr>
        <w:rPr>
          <w:rFonts w:ascii="Montserrat" w:hAnsi="Montserrat"/>
        </w:rPr>
      </w:pPr>
      <w:r w:rsidRPr="00C832FC">
        <w:rPr>
          <w:rFonts w:ascii="Montserrat" w:hAnsi="Montserrat"/>
        </w:rPr>
        <w:t>Do not offer drop-off care, camps, transport, or activities where the brewery accepts custody under this policy alone. Before adding them, obtain a separate operating plan, legal review of licensing and other requirements, insurance confirmation, and appropriate child protection procedures.</w:t>
      </w:r>
    </w:p>
    <w:p w14:paraId="199E1026" w14:textId="77777777" w:rsidR="00F44177" w:rsidRPr="00C832FC" w:rsidRDefault="00000000">
      <w:pPr>
        <w:rPr>
          <w:rFonts w:ascii="Montserrat" w:hAnsi="Montserrat"/>
        </w:rPr>
      </w:pPr>
      <w:r w:rsidRPr="00C832FC">
        <w:rPr>
          <w:rFonts w:ascii="Montserrat" w:hAnsi="Montserrat"/>
        </w:rPr>
        <w:lastRenderedPageBreak/>
        <w:t xml:space="preserve">Before assigning child-focused roles, the owner verifies identity, interviews the person, checks references, and arranges lawful background screening appropriate to the role. Screening procedure and repeat interval: </w:t>
      </w:r>
      <w:r w:rsidRPr="00C832FC">
        <w:rPr>
          <w:rFonts w:ascii="Montserrat" w:hAnsi="Montserrat"/>
          <w:b/>
          <w:highlight w:val="yellow"/>
        </w:rPr>
        <w:t>[INSERT PROCEDURE OWNER SCOPE AND INTERVAL]</w:t>
      </w:r>
      <w:r w:rsidRPr="00C832FC">
        <w:rPr>
          <w:rFonts w:ascii="Montserrat" w:hAnsi="Montserrat"/>
        </w:rPr>
        <w:t>. Use lawful consent, review, and employment decision processes. No child-focused assignment begins until approved; checks do not replace supervision. Minor workers remain protected by this policy and may not be sole supervisors of children.</w:t>
      </w:r>
    </w:p>
    <w:p w14:paraId="5FDE495C" w14:textId="77777777" w:rsidR="00F44177" w:rsidRPr="00C832FC" w:rsidRDefault="00000000">
      <w:pPr>
        <w:rPr>
          <w:rFonts w:ascii="Montserrat" w:hAnsi="Montserrat"/>
        </w:rPr>
      </w:pPr>
      <w:r w:rsidRPr="00C832FC">
        <w:rPr>
          <w:rFonts w:ascii="Montserrat" w:hAnsi="Montserrat"/>
        </w:rPr>
        <w:t>Outside organizers and vendors must accept these rules in writing, identify a responsible contact, and confirm screening and training for their child-focused workers. Brewery staff retain their own duties to respond and report. Pause an event if safeguards cannot be maintained.</w:t>
      </w:r>
    </w:p>
    <w:p w14:paraId="6DB13A2B" w14:textId="023BEAC9" w:rsidR="00F44177" w:rsidRPr="00C832FC" w:rsidRDefault="00000000">
      <w:pPr>
        <w:pStyle w:val="Heading2"/>
        <w:rPr>
          <w:rFonts w:ascii="Montserrat" w:hAnsi="Montserrat"/>
        </w:rPr>
      </w:pPr>
      <w:r w:rsidRPr="00C832FC">
        <w:rPr>
          <w:rFonts w:ascii="Montserrat" w:hAnsi="Montserrat"/>
        </w:rPr>
        <w:t xml:space="preserve">11 Allegations and </w:t>
      </w:r>
      <w:r w:rsidR="00C832FC">
        <w:rPr>
          <w:rFonts w:ascii="Montserrat" w:hAnsi="Montserrat"/>
        </w:rPr>
        <w:t>R</w:t>
      </w:r>
      <w:r w:rsidRPr="00C832FC">
        <w:rPr>
          <w:rFonts w:ascii="Montserrat" w:hAnsi="Montserrat"/>
        </w:rPr>
        <w:t xml:space="preserve">estrictions on </w:t>
      </w:r>
      <w:r w:rsidR="00C832FC">
        <w:rPr>
          <w:rFonts w:ascii="Montserrat" w:hAnsi="Montserrat"/>
        </w:rPr>
        <w:t>A</w:t>
      </w:r>
      <w:r w:rsidRPr="00C832FC">
        <w:rPr>
          <w:rFonts w:ascii="Montserrat" w:hAnsi="Montserrat"/>
        </w:rPr>
        <w:t>ccess</w:t>
      </w:r>
    </w:p>
    <w:p w14:paraId="4311651A" w14:textId="77777777" w:rsidR="00F44177" w:rsidRPr="00C832FC" w:rsidRDefault="00000000">
      <w:pPr>
        <w:rPr>
          <w:rFonts w:ascii="Montserrat" w:hAnsi="Montserrat"/>
        </w:rPr>
      </w:pPr>
      <w:r w:rsidRPr="00C832FC">
        <w:rPr>
          <w:rFonts w:ascii="Montserrat" w:hAnsi="Montserrat"/>
        </w:rPr>
        <w:t>Take allegations against owners, staff, vendors, and guests seriously. Separate the person from children and suspend child-related duties or access as a protective measure while concerns are assessed. Make external reports first; coordinate any later employment fact-finding with authorities. Do not require a complainant to confront the person. An unsubstantiated report does not establish that it was false.</w:t>
      </w:r>
    </w:p>
    <w:p w14:paraId="0D607C6D" w14:textId="77777777" w:rsidR="00F44177" w:rsidRPr="00C832FC" w:rsidRDefault="00000000">
      <w:pPr>
        <w:rPr>
          <w:rFonts w:ascii="Montserrat" w:hAnsi="Montserrat"/>
        </w:rPr>
      </w:pPr>
      <w:r w:rsidRPr="002164E3">
        <w:rPr>
          <w:rFonts w:ascii="Montserrat" w:hAnsi="Montserrat"/>
        </w:rPr>
        <w:t xml:space="preserve">If credible information identifies a registered sex offender or a restriction on contact with children, the owner will verify identity and seek legal and law enforcement guidance about applicable restrictions, including G.S. 14-208.18. No individual covered by a relevant restriction may receive access contrary to it. Pending review, </w:t>
      </w:r>
      <w:proofErr w:type="gramStart"/>
      <w:r w:rsidRPr="002164E3">
        <w:rPr>
          <w:rFonts w:ascii="Montserrat" w:hAnsi="Montserrat"/>
        </w:rPr>
        <w:t>exclude</w:t>
      </w:r>
      <w:proofErr w:type="gramEnd"/>
      <w:r w:rsidRPr="002164E3">
        <w:rPr>
          <w:rFonts w:ascii="Montserrat" w:hAnsi="Montserrat"/>
        </w:rPr>
        <w:t xml:space="preserve"> the person from child-focused roles and activities. Any lawful access decision must be documented. A private agreement or chaperone cannot override the law. Do not publish accusations, collect unnecessary identifiers, or treat a registry search as a guarantee of safety.</w:t>
      </w:r>
    </w:p>
    <w:p w14:paraId="49921D3E" w14:textId="6E2CCA3F" w:rsidR="00F44177" w:rsidRPr="00C832FC" w:rsidRDefault="00000000">
      <w:pPr>
        <w:pStyle w:val="Heading2"/>
        <w:rPr>
          <w:rFonts w:ascii="Montserrat" w:hAnsi="Montserrat"/>
        </w:rPr>
      </w:pPr>
      <w:r w:rsidRPr="00C832FC">
        <w:rPr>
          <w:rFonts w:ascii="Montserrat" w:hAnsi="Montserrat"/>
        </w:rPr>
        <w:t xml:space="preserve">12 Records </w:t>
      </w:r>
      <w:r w:rsidR="00C832FC">
        <w:rPr>
          <w:rFonts w:ascii="Montserrat" w:hAnsi="Montserrat"/>
        </w:rPr>
        <w:t>T</w:t>
      </w:r>
      <w:r w:rsidRPr="00C832FC">
        <w:rPr>
          <w:rFonts w:ascii="Montserrat" w:hAnsi="Montserrat"/>
        </w:rPr>
        <w:t xml:space="preserve">raining and </w:t>
      </w:r>
      <w:r w:rsidR="00C832FC">
        <w:rPr>
          <w:rFonts w:ascii="Montserrat" w:hAnsi="Montserrat"/>
        </w:rPr>
        <w:t>R</w:t>
      </w:r>
      <w:r w:rsidRPr="00C832FC">
        <w:rPr>
          <w:rFonts w:ascii="Montserrat" w:hAnsi="Montserrat"/>
        </w:rPr>
        <w:t>eview</w:t>
      </w:r>
    </w:p>
    <w:p w14:paraId="05789D7B" w14:textId="48701003" w:rsidR="00F44177" w:rsidRPr="00C832FC" w:rsidRDefault="00000000">
      <w:pPr>
        <w:rPr>
          <w:rFonts w:ascii="Montserrat" w:hAnsi="Montserrat"/>
        </w:rPr>
      </w:pPr>
      <w:r w:rsidRPr="00C832FC">
        <w:rPr>
          <w:rFonts w:ascii="Montserrat" w:hAnsi="Montserrat"/>
        </w:rPr>
        <w:t xml:space="preserve">Store factual incident records separately in </w:t>
      </w:r>
      <w:r w:rsidRPr="00C832FC">
        <w:rPr>
          <w:rFonts w:ascii="Montserrat" w:hAnsi="Montserrat"/>
          <w:b/>
          <w:highlight w:val="yellow"/>
        </w:rPr>
        <w:t>[INSERT RESTRICTED RECORD LOCATION]</w:t>
      </w:r>
      <w:r w:rsidRPr="00C832FC">
        <w:rPr>
          <w:rFonts w:ascii="Montserrat" w:hAnsi="Montserrat"/>
        </w:rPr>
        <w:t xml:space="preserve">, accessible only to </w:t>
      </w:r>
      <w:r w:rsidRPr="00C832FC">
        <w:rPr>
          <w:rFonts w:ascii="Montserrat" w:hAnsi="Montserrat"/>
          <w:b/>
          <w:highlight w:val="yellow"/>
        </w:rPr>
        <w:t>[INSERT AUTHORIZED ROLES]</w:t>
      </w:r>
      <w:r w:rsidRPr="00C832FC">
        <w:rPr>
          <w:rFonts w:ascii="Montserrat" w:hAnsi="Montserrat"/>
        </w:rPr>
        <w:t xml:space="preserve"> and others with a lawful need. Preserve relevant CCTV before overwrit</w:t>
      </w:r>
      <w:r w:rsidR="00242ABA">
        <w:rPr>
          <w:rFonts w:ascii="Montserrat" w:hAnsi="Montserrat"/>
        </w:rPr>
        <w:t>ing</w:t>
      </w:r>
      <w:r w:rsidRPr="00C832FC">
        <w:rPr>
          <w:rFonts w:ascii="Montserrat" w:hAnsi="Montserrat"/>
        </w:rPr>
        <w:t xml:space="preserve">; do not forward suspected child sexual abuse material, search personal devices, or photograph injuries beneath clothing. Seek police instructions. Retention: </w:t>
      </w:r>
      <w:r w:rsidRPr="00C832FC">
        <w:rPr>
          <w:rFonts w:ascii="Montserrat" w:hAnsi="Montserrat"/>
          <w:b/>
          <w:highlight w:val="yellow"/>
        </w:rPr>
        <w:t>[INSERT COUNSEL AND INSURER REVIEWED RETENTION SCHEDULE]</w:t>
      </w:r>
      <w:r w:rsidRPr="00C832FC">
        <w:rPr>
          <w:rFonts w:ascii="Montserrat" w:hAnsi="Montserrat"/>
        </w:rPr>
        <w:t>. Suspend deletion for any claim, investigation, or preservation requirement.</w:t>
      </w:r>
    </w:p>
    <w:p w14:paraId="10A5A313" w14:textId="7E8A9CDB" w:rsidR="00F44177" w:rsidRPr="00C832FC" w:rsidRDefault="00000000">
      <w:pPr>
        <w:rPr>
          <w:rFonts w:ascii="Montserrat" w:hAnsi="Montserrat"/>
        </w:rPr>
      </w:pPr>
      <w:r w:rsidRPr="00C832FC">
        <w:rPr>
          <w:rFonts w:ascii="Montserrat" w:hAnsi="Montserrat"/>
        </w:rPr>
        <w:t xml:space="preserve">Train all workers before public-facing duties and annually using </w:t>
      </w:r>
      <w:r w:rsidRPr="00C832FC">
        <w:rPr>
          <w:rFonts w:ascii="Montserrat" w:hAnsi="Montserrat"/>
          <w:b/>
          <w:highlight w:val="yellow"/>
        </w:rPr>
        <w:t>[INSERT TRAINING PROVIDER OR MATERIALS]</w:t>
      </w:r>
      <w:r w:rsidRPr="00C832FC">
        <w:rPr>
          <w:rFonts w:ascii="Montserrat" w:hAnsi="Montserrat"/>
        </w:rPr>
        <w:t>. Practice reporting, disclosures, missing children, and unsafe departure. Keep attendance and signed acknowledgments. Review this policy annually and after incidents or legal changes. Good-faith reports and cooperation are protected from retaliation. Violations may lead to removal, discipline, contract termination, or exclusion; apply measures proportionately and document decisions.</w:t>
      </w:r>
    </w:p>
    <w:p w14:paraId="350F6D02" w14:textId="77777777" w:rsidR="00242ABA" w:rsidRDefault="00242ABA">
      <w:pPr>
        <w:spacing w:after="200" w:line="276" w:lineRule="auto"/>
        <w:rPr>
          <w:rFonts w:ascii="Montserrat" w:eastAsiaTheme="majorEastAsia" w:hAnsi="Montserrat" w:cstheme="majorBidi"/>
          <w:b/>
          <w:bCs/>
          <w:sz w:val="32"/>
          <w:szCs w:val="28"/>
        </w:rPr>
      </w:pPr>
      <w:r>
        <w:rPr>
          <w:rFonts w:ascii="Montserrat" w:hAnsi="Montserrat"/>
          <w:sz w:val="32"/>
        </w:rPr>
        <w:br w:type="page"/>
      </w:r>
    </w:p>
    <w:p w14:paraId="3D6DDB81" w14:textId="6A03F65E" w:rsidR="00F44177" w:rsidRPr="005C4DA9" w:rsidRDefault="00000000">
      <w:pPr>
        <w:pStyle w:val="Heading1"/>
        <w:rPr>
          <w:rFonts w:ascii="Montserrat" w:hAnsi="Montserrat"/>
          <w:sz w:val="32"/>
        </w:rPr>
      </w:pPr>
      <w:r w:rsidRPr="005C4DA9">
        <w:rPr>
          <w:rFonts w:ascii="Montserrat" w:hAnsi="Montserrat"/>
          <w:sz w:val="32"/>
        </w:rPr>
        <w:lastRenderedPageBreak/>
        <w:t xml:space="preserve">Staff </w:t>
      </w:r>
      <w:r w:rsidR="00C832FC" w:rsidRPr="005C4DA9">
        <w:rPr>
          <w:rFonts w:ascii="Montserrat" w:hAnsi="Montserrat"/>
          <w:sz w:val="32"/>
        </w:rPr>
        <w:t>S</w:t>
      </w:r>
      <w:r w:rsidRPr="005C4DA9">
        <w:rPr>
          <w:rFonts w:ascii="Montserrat" w:hAnsi="Montserrat"/>
          <w:sz w:val="32"/>
        </w:rPr>
        <w:t xml:space="preserve">afeguarding </w:t>
      </w:r>
      <w:r w:rsidR="00C832FC" w:rsidRPr="005C4DA9">
        <w:rPr>
          <w:rFonts w:ascii="Montserrat" w:hAnsi="Montserrat"/>
          <w:sz w:val="32"/>
        </w:rPr>
        <w:t>R</w:t>
      </w:r>
      <w:r w:rsidRPr="005C4DA9">
        <w:rPr>
          <w:rFonts w:ascii="Montserrat" w:hAnsi="Montserrat"/>
          <w:sz w:val="32"/>
        </w:rPr>
        <w:t xml:space="preserve">esponse </w:t>
      </w:r>
      <w:r w:rsidR="00C832FC" w:rsidRPr="005C4DA9">
        <w:rPr>
          <w:rFonts w:ascii="Montserrat" w:hAnsi="Montserrat"/>
          <w:sz w:val="32"/>
        </w:rPr>
        <w:t>S</w:t>
      </w:r>
      <w:r w:rsidRPr="005C4DA9">
        <w:rPr>
          <w:rFonts w:ascii="Montserrat" w:hAnsi="Montserrat"/>
          <w:sz w:val="32"/>
        </w:rPr>
        <w:t>heet</w:t>
      </w:r>
    </w:p>
    <w:p w14:paraId="3A8AC845" w14:textId="77777777" w:rsidR="00F44177" w:rsidRPr="00C832FC" w:rsidRDefault="00000000">
      <w:pPr>
        <w:rPr>
          <w:rFonts w:ascii="Montserrat" w:hAnsi="Montserrat"/>
        </w:rPr>
      </w:pPr>
      <w:r w:rsidRPr="00C832FC">
        <w:rPr>
          <w:rFonts w:ascii="Montserrat" w:hAnsi="Montserrat"/>
        </w:rPr>
        <w:t>Post in a staff-only area after completing every highlighted field. This sheet supports the full policy.</w:t>
      </w:r>
    </w:p>
    <w:p w14:paraId="7931C1D3" w14:textId="2EA3700F" w:rsidR="00F44177" w:rsidRPr="00C832FC" w:rsidRDefault="00000000">
      <w:pPr>
        <w:pStyle w:val="Heading2"/>
        <w:rPr>
          <w:rFonts w:ascii="Montserrat" w:hAnsi="Montserrat"/>
        </w:rPr>
      </w:pPr>
      <w:r w:rsidRPr="00C832FC">
        <w:rPr>
          <w:rFonts w:ascii="Montserrat" w:hAnsi="Montserrat"/>
        </w:rPr>
        <w:t xml:space="preserve">Act </w:t>
      </w:r>
      <w:r w:rsidR="00C832FC">
        <w:rPr>
          <w:rFonts w:ascii="Montserrat" w:hAnsi="Montserrat"/>
        </w:rPr>
        <w:t>F</w:t>
      </w:r>
      <w:r w:rsidRPr="00C832FC">
        <w:rPr>
          <w:rFonts w:ascii="Montserrat" w:hAnsi="Montserrat"/>
        </w:rPr>
        <w:t>irst</w:t>
      </w:r>
    </w:p>
    <w:p w14:paraId="04E5B5CA" w14:textId="77777777" w:rsidR="00F44177" w:rsidRPr="00C832FC" w:rsidRDefault="00000000">
      <w:pPr>
        <w:pStyle w:val="ListBullet"/>
        <w:rPr>
          <w:rFonts w:ascii="Montserrat" w:hAnsi="Montserrat"/>
        </w:rPr>
      </w:pPr>
      <w:r w:rsidRPr="00C832FC">
        <w:rPr>
          <w:rFonts w:ascii="Montserrat" w:hAnsi="Montserrat"/>
        </w:rPr>
        <w:t xml:space="preserve">Danger, serious injury, missing child, suspected abduction, or imminent impaired driving: </w:t>
      </w:r>
      <w:r w:rsidRPr="00974BEE">
        <w:rPr>
          <w:rFonts w:ascii="Montserrat" w:hAnsi="Montserrat"/>
          <w:b/>
          <w:bCs/>
        </w:rPr>
        <w:t>call 911</w:t>
      </w:r>
      <w:r w:rsidRPr="00C832FC">
        <w:rPr>
          <w:rFonts w:ascii="Montserrat" w:hAnsi="Montserrat"/>
        </w:rPr>
        <w:t>. Do not wait for a manager.</w:t>
      </w:r>
    </w:p>
    <w:p w14:paraId="7B7BBCDA" w14:textId="3BE9BBC9" w:rsidR="00F44177" w:rsidRPr="00C832FC" w:rsidRDefault="00000000">
      <w:pPr>
        <w:pStyle w:val="ListBullet"/>
        <w:rPr>
          <w:rFonts w:ascii="Montserrat" w:hAnsi="Montserrat"/>
        </w:rPr>
      </w:pPr>
      <w:r w:rsidRPr="00C832FC">
        <w:rPr>
          <w:rFonts w:ascii="Montserrat" w:hAnsi="Montserrat"/>
        </w:rPr>
        <w:t xml:space="preserve">For child abuse, neglect, or dependency concerns, </w:t>
      </w:r>
      <w:proofErr w:type="gramStart"/>
      <w:r w:rsidRPr="00C832FC">
        <w:rPr>
          <w:rFonts w:ascii="Montserrat" w:hAnsi="Montserrat"/>
        </w:rPr>
        <w:t>contact</w:t>
      </w:r>
      <w:proofErr w:type="gramEnd"/>
      <w:r w:rsidRPr="00C832FC">
        <w:rPr>
          <w:rFonts w:ascii="Montserrat" w:hAnsi="Montserrat"/>
        </w:rPr>
        <w:t xml:space="preserve"> county DSS </w:t>
      </w:r>
      <w:r w:rsidR="00974BEE">
        <w:rPr>
          <w:rFonts w:ascii="Montserrat" w:hAnsi="Montserrat"/>
        </w:rPr>
        <w:t xml:space="preserve">and law enforcement </w:t>
      </w:r>
      <w:r w:rsidRPr="00C832FC">
        <w:rPr>
          <w:rFonts w:ascii="Montserrat" w:hAnsi="Montserrat"/>
        </w:rPr>
        <w:t xml:space="preserve">promptly. </w:t>
      </w:r>
    </w:p>
    <w:p w14:paraId="5508F96B" w14:textId="77777777" w:rsidR="00F44177" w:rsidRPr="00C832FC" w:rsidRDefault="00000000">
      <w:pPr>
        <w:pStyle w:val="ListBullet"/>
        <w:rPr>
          <w:rFonts w:ascii="Montserrat" w:hAnsi="Montserrat"/>
        </w:rPr>
      </w:pPr>
      <w:r w:rsidRPr="00C832FC">
        <w:rPr>
          <w:rFonts w:ascii="Montserrat" w:hAnsi="Montserrat"/>
        </w:rPr>
        <w:t>Listen without investigating. Protect the person, preserve information, and notify the lead after required calls. Do not promise secrecy or contact an alleged offender to verify the account.</w:t>
      </w:r>
    </w:p>
    <w:p w14:paraId="54557262" w14:textId="1630A75C" w:rsidR="00F44177" w:rsidRPr="00C832FC" w:rsidRDefault="00000000">
      <w:pPr>
        <w:pStyle w:val="Heading2"/>
        <w:rPr>
          <w:rFonts w:ascii="Montserrat" w:hAnsi="Montserrat"/>
        </w:rPr>
      </w:pPr>
      <w:r w:rsidRPr="00C832FC">
        <w:rPr>
          <w:rFonts w:ascii="Montserrat" w:hAnsi="Montserrat"/>
        </w:rPr>
        <w:t xml:space="preserve">Location and </w:t>
      </w:r>
      <w:r w:rsidR="00C832FC">
        <w:rPr>
          <w:rFonts w:ascii="Montserrat" w:hAnsi="Montserrat"/>
        </w:rPr>
        <w:t>R</w:t>
      </w:r>
      <w:r w:rsidRPr="00C832FC">
        <w:rPr>
          <w:rFonts w:ascii="Montserrat" w:hAnsi="Montserrat"/>
        </w:rPr>
        <w:t xml:space="preserve">eporting </w:t>
      </w:r>
      <w:r w:rsidR="00C832FC">
        <w:rPr>
          <w:rFonts w:ascii="Montserrat" w:hAnsi="Montserrat"/>
        </w:rPr>
        <w:t>C</w:t>
      </w:r>
      <w:r w:rsidRPr="00C832FC">
        <w:rPr>
          <w:rFonts w:ascii="Montserrat" w:hAnsi="Montserrat"/>
        </w:rPr>
        <w:t>ontacts</w:t>
      </w:r>
    </w:p>
    <w:p w14:paraId="6D1204BF" w14:textId="77777777" w:rsidR="00F44177" w:rsidRPr="00C832FC" w:rsidRDefault="00000000">
      <w:pPr>
        <w:rPr>
          <w:rFonts w:ascii="Montserrat" w:hAnsi="Montserrat"/>
        </w:rPr>
      </w:pPr>
      <w:r w:rsidRPr="00C832FC">
        <w:rPr>
          <w:rFonts w:ascii="Montserrat" w:hAnsi="Montserrat"/>
        </w:rPr>
        <w:t xml:space="preserve">Brewery: </w:t>
      </w:r>
      <w:r w:rsidRPr="00C832FC">
        <w:rPr>
          <w:rFonts w:ascii="Montserrat" w:hAnsi="Montserrat"/>
          <w:b/>
          <w:highlight w:val="yellow"/>
        </w:rPr>
        <w:t>[INSERT BREWERY NAME]</w:t>
      </w:r>
      <w:r w:rsidRPr="00C832FC">
        <w:rPr>
          <w:rFonts w:ascii="Montserrat" w:hAnsi="Montserrat"/>
        </w:rPr>
        <w:br/>
        <w:t xml:space="preserve">Address for emergency dispatch: </w:t>
      </w:r>
      <w:r w:rsidRPr="00C832FC">
        <w:rPr>
          <w:rFonts w:ascii="Montserrat" w:hAnsi="Montserrat"/>
          <w:b/>
          <w:highlight w:val="yellow"/>
        </w:rPr>
        <w:t>[INSERT EXACT STREET ADDRESS AND ACCESS INSTRUCTIONS]</w:t>
      </w:r>
      <w:r w:rsidRPr="00C832FC">
        <w:rPr>
          <w:rFonts w:ascii="Montserrat" w:hAnsi="Montserrat"/>
        </w:rPr>
        <w:br/>
        <w:t xml:space="preserve">County: </w:t>
      </w:r>
      <w:r w:rsidRPr="00C832FC">
        <w:rPr>
          <w:rFonts w:ascii="Montserrat" w:hAnsi="Montserrat"/>
          <w:b/>
          <w:highlight w:val="yellow"/>
        </w:rPr>
        <w:t>[INSERT COUNTY NAME]</w:t>
      </w:r>
    </w:p>
    <w:p w14:paraId="674D09D9" w14:textId="77777777" w:rsidR="00F44177" w:rsidRPr="00C832FC" w:rsidRDefault="00000000">
      <w:pPr>
        <w:rPr>
          <w:rFonts w:ascii="Montserrat" w:hAnsi="Montserrat"/>
        </w:rPr>
      </w:pPr>
      <w:r w:rsidRPr="00C832FC">
        <w:rPr>
          <w:rFonts w:ascii="Montserrat" w:hAnsi="Montserrat"/>
        </w:rPr>
        <w:t>Emergency police fire or ambulance: 911</w:t>
      </w:r>
      <w:r w:rsidRPr="00C832FC">
        <w:rPr>
          <w:rFonts w:ascii="Montserrat" w:hAnsi="Montserrat"/>
        </w:rPr>
        <w:br/>
        <w:t xml:space="preserve">Local police or sheriff nonemergency: </w:t>
      </w:r>
      <w:r w:rsidRPr="00C832FC">
        <w:rPr>
          <w:rFonts w:ascii="Montserrat" w:hAnsi="Montserrat"/>
          <w:b/>
          <w:highlight w:val="yellow"/>
        </w:rPr>
        <w:t>[INSERT AGENCY AND PHONE]</w:t>
      </w:r>
      <w:r w:rsidRPr="00C832FC">
        <w:rPr>
          <w:rFonts w:ascii="Montserrat" w:hAnsi="Montserrat"/>
        </w:rPr>
        <w:br/>
        <w:t xml:space="preserve">County DSS Child Protective Services: </w:t>
      </w:r>
      <w:r w:rsidRPr="00C832FC">
        <w:rPr>
          <w:rFonts w:ascii="Montserrat" w:hAnsi="Montserrat"/>
          <w:b/>
          <w:highlight w:val="yellow"/>
        </w:rPr>
        <w:t>[INSERT CPS INTAKE PHONE]</w:t>
      </w:r>
      <w:r w:rsidRPr="00C832FC">
        <w:rPr>
          <w:rFonts w:ascii="Montserrat" w:hAnsi="Montserrat"/>
        </w:rPr>
        <w:br/>
        <w:t xml:space="preserve">After-hours child protection reporting: </w:t>
      </w:r>
      <w:r w:rsidRPr="00C832FC">
        <w:rPr>
          <w:rFonts w:ascii="Montserrat" w:hAnsi="Montserrat"/>
          <w:b/>
          <w:highlight w:val="yellow"/>
        </w:rPr>
        <w:t>[INSERT VERIFIED AFTER HOURS ROUTE AND PHONE]</w:t>
      </w:r>
      <w:r w:rsidRPr="00C832FC">
        <w:rPr>
          <w:rFonts w:ascii="Montserrat" w:hAnsi="Montserrat"/>
        </w:rPr>
        <w:br/>
        <w:t xml:space="preserve">County DSS Adult Protective Services: </w:t>
      </w:r>
      <w:r w:rsidRPr="00C832FC">
        <w:rPr>
          <w:rFonts w:ascii="Montserrat" w:hAnsi="Montserrat"/>
          <w:b/>
          <w:highlight w:val="yellow"/>
        </w:rPr>
        <w:t>[INSERT APS INTAKE PHONE]</w:t>
      </w:r>
      <w:r w:rsidRPr="00C832FC">
        <w:rPr>
          <w:rFonts w:ascii="Montserrat" w:hAnsi="Montserrat"/>
        </w:rPr>
        <w:br/>
        <w:t xml:space="preserve">After-hours adult protection reporting: </w:t>
      </w:r>
      <w:r w:rsidRPr="00C832FC">
        <w:rPr>
          <w:rFonts w:ascii="Montserrat" w:hAnsi="Montserrat"/>
          <w:b/>
          <w:highlight w:val="yellow"/>
        </w:rPr>
        <w:t>[INSERT VERIFIED AFTER HOURS ROUTE AND PHONE]</w:t>
      </w:r>
    </w:p>
    <w:p w14:paraId="117FAA6B" w14:textId="77777777" w:rsidR="00F44177" w:rsidRPr="00C832FC" w:rsidRDefault="00000000">
      <w:pPr>
        <w:rPr>
          <w:rFonts w:ascii="Montserrat" w:hAnsi="Montserrat"/>
        </w:rPr>
      </w:pPr>
      <w:r w:rsidRPr="00C832FC">
        <w:rPr>
          <w:rFonts w:ascii="Montserrat" w:hAnsi="Montserrat"/>
        </w:rPr>
        <w:t>Use the North Carolina DHHS Local DSS Directory to verify numbers for the county where the person lives or is found. Do not use a general state email address to make an urgent report. If a reporting line is unanswered, use the verified after-hours route; call 911 for immediate danger and continue efforts to reach the required agency.</w:t>
      </w:r>
    </w:p>
    <w:p w14:paraId="69B98384" w14:textId="7587FB1A" w:rsidR="00F44177" w:rsidRPr="00C832FC" w:rsidRDefault="00000000">
      <w:pPr>
        <w:pStyle w:val="Heading2"/>
        <w:rPr>
          <w:rFonts w:ascii="Montserrat" w:hAnsi="Montserrat"/>
        </w:rPr>
      </w:pPr>
      <w:r w:rsidRPr="00C832FC">
        <w:rPr>
          <w:rFonts w:ascii="Montserrat" w:hAnsi="Montserrat"/>
        </w:rPr>
        <w:t xml:space="preserve">Brewery </w:t>
      </w:r>
      <w:r w:rsidR="00C832FC">
        <w:rPr>
          <w:rFonts w:ascii="Montserrat" w:hAnsi="Montserrat"/>
        </w:rPr>
        <w:t>C</w:t>
      </w:r>
      <w:r w:rsidRPr="00C832FC">
        <w:rPr>
          <w:rFonts w:ascii="Montserrat" w:hAnsi="Montserrat"/>
        </w:rPr>
        <w:t xml:space="preserve">ontacts and </w:t>
      </w:r>
      <w:r w:rsidR="00C832FC">
        <w:rPr>
          <w:rFonts w:ascii="Montserrat" w:hAnsi="Montserrat"/>
        </w:rPr>
        <w:t>S</w:t>
      </w:r>
      <w:r w:rsidRPr="00C832FC">
        <w:rPr>
          <w:rFonts w:ascii="Montserrat" w:hAnsi="Montserrat"/>
        </w:rPr>
        <w:t xml:space="preserve">afe </w:t>
      </w:r>
      <w:r w:rsidR="00C832FC">
        <w:rPr>
          <w:rFonts w:ascii="Montserrat" w:hAnsi="Montserrat"/>
        </w:rPr>
        <w:t>L</w:t>
      </w:r>
      <w:r w:rsidRPr="00C832FC">
        <w:rPr>
          <w:rFonts w:ascii="Montserrat" w:hAnsi="Montserrat"/>
        </w:rPr>
        <w:t>ocations</w:t>
      </w:r>
    </w:p>
    <w:p w14:paraId="0CF74515" w14:textId="77777777" w:rsidR="00F44177" w:rsidRPr="00C832FC" w:rsidRDefault="00000000">
      <w:pPr>
        <w:rPr>
          <w:rFonts w:ascii="Montserrat" w:hAnsi="Montserrat"/>
        </w:rPr>
      </w:pPr>
      <w:r w:rsidRPr="00C832FC">
        <w:rPr>
          <w:rFonts w:ascii="Montserrat" w:hAnsi="Montserrat"/>
        </w:rPr>
        <w:t xml:space="preserve">Lead: </w:t>
      </w:r>
      <w:r w:rsidRPr="00C832FC">
        <w:rPr>
          <w:rFonts w:ascii="Montserrat" w:hAnsi="Montserrat"/>
          <w:b/>
          <w:highlight w:val="yellow"/>
        </w:rPr>
        <w:t>[INSERT LEAD NAME TITLE PHONE AND EMAIL]</w:t>
      </w:r>
      <w:r w:rsidRPr="00C832FC">
        <w:rPr>
          <w:rFonts w:ascii="Montserrat" w:hAnsi="Montserrat"/>
        </w:rPr>
        <w:br/>
        <w:t xml:space="preserve">Alternate: </w:t>
      </w:r>
      <w:r w:rsidRPr="00C832FC">
        <w:rPr>
          <w:rFonts w:ascii="Montserrat" w:hAnsi="Montserrat"/>
          <w:b/>
          <w:highlight w:val="yellow"/>
        </w:rPr>
        <w:t>[INSERT ALTERNATE NAME TITLE PHONE AND EMAIL]</w:t>
      </w:r>
      <w:r w:rsidRPr="00C832FC">
        <w:rPr>
          <w:rFonts w:ascii="Montserrat" w:hAnsi="Montserrat"/>
        </w:rPr>
        <w:br/>
        <w:t xml:space="preserve">Independent contact: </w:t>
      </w:r>
      <w:r w:rsidRPr="00C832FC">
        <w:rPr>
          <w:rFonts w:ascii="Montserrat" w:hAnsi="Montserrat"/>
          <w:b/>
          <w:highlight w:val="yellow"/>
        </w:rPr>
        <w:t>[INSERT INDEPENDENT OWNER OR OTHER CONTACT AND PHONE]</w:t>
      </w:r>
      <w:r w:rsidRPr="00C832FC">
        <w:rPr>
          <w:rFonts w:ascii="Montserrat" w:hAnsi="Montserrat"/>
        </w:rPr>
        <w:br/>
        <w:t xml:space="preserve">Shift manager identified at: </w:t>
      </w:r>
      <w:r w:rsidRPr="00C832FC">
        <w:rPr>
          <w:rFonts w:ascii="Montserrat" w:hAnsi="Montserrat"/>
          <w:b/>
          <w:highlight w:val="yellow"/>
        </w:rPr>
        <w:t>[INSERT ROSTER OR BRIEFING LOCATION]</w:t>
      </w:r>
      <w:r w:rsidRPr="00C832FC">
        <w:rPr>
          <w:rFonts w:ascii="Montserrat" w:hAnsi="Montserrat"/>
        </w:rPr>
        <w:br/>
        <w:t xml:space="preserve">Safe visible meeting location: </w:t>
      </w:r>
      <w:r w:rsidRPr="00C832FC">
        <w:rPr>
          <w:rFonts w:ascii="Montserrat" w:hAnsi="Montserrat"/>
          <w:b/>
          <w:highlight w:val="yellow"/>
        </w:rPr>
        <w:t>[INSERT LOCATION]</w:t>
      </w:r>
      <w:r w:rsidRPr="00C832FC">
        <w:rPr>
          <w:rFonts w:ascii="Montserrat" w:hAnsi="Montserrat"/>
        </w:rPr>
        <w:br/>
        <w:t xml:space="preserve">Emergency assembly point: </w:t>
      </w:r>
      <w:r w:rsidRPr="00C832FC">
        <w:rPr>
          <w:rFonts w:ascii="Montserrat" w:hAnsi="Montserrat"/>
          <w:b/>
          <w:highlight w:val="yellow"/>
        </w:rPr>
        <w:t>[INSERT ASSEMBLY POINT]</w:t>
      </w:r>
      <w:r w:rsidRPr="00C832FC">
        <w:rPr>
          <w:rFonts w:ascii="Montserrat" w:hAnsi="Montserrat"/>
        </w:rPr>
        <w:br/>
        <w:t xml:space="preserve">First aid and any AED: </w:t>
      </w:r>
      <w:r w:rsidRPr="00C832FC">
        <w:rPr>
          <w:rFonts w:ascii="Montserrat" w:hAnsi="Montserrat"/>
          <w:b/>
          <w:highlight w:val="yellow"/>
        </w:rPr>
        <w:t>[INSERT EQUIPMENT LOCATIONS OR STATE NO AED]</w:t>
      </w:r>
    </w:p>
    <w:p w14:paraId="05220036" w14:textId="77777777" w:rsidR="00F44177" w:rsidRPr="00C832FC" w:rsidRDefault="00000000">
      <w:pPr>
        <w:rPr>
          <w:rFonts w:ascii="Montserrat" w:hAnsi="Montserrat"/>
        </w:rPr>
      </w:pPr>
      <w:r w:rsidRPr="00C832FC">
        <w:rPr>
          <w:rFonts w:ascii="Montserrat" w:hAnsi="Montserrat"/>
        </w:rPr>
        <w:t xml:space="preserve">Record </w:t>
      </w:r>
      <w:proofErr w:type="gramStart"/>
      <w:r w:rsidRPr="00C832FC">
        <w:rPr>
          <w:rFonts w:ascii="Montserrat" w:hAnsi="Montserrat"/>
        </w:rPr>
        <w:t>agency</w:t>
      </w:r>
      <w:proofErr w:type="gramEnd"/>
      <w:r w:rsidRPr="00C832FC">
        <w:rPr>
          <w:rFonts w:ascii="Montserrat" w:hAnsi="Montserrat"/>
        </w:rPr>
        <w:t xml:space="preserve"> contact details and instructions, then complete the incident form. Keep records private. No brewery approval is needed to report.</w:t>
      </w:r>
    </w:p>
    <w:p w14:paraId="6411FD92" w14:textId="77777777" w:rsidR="00DC725E" w:rsidRDefault="00DC725E">
      <w:pPr>
        <w:spacing w:after="200" w:line="276" w:lineRule="auto"/>
        <w:rPr>
          <w:rFonts w:ascii="Montserrat" w:eastAsiaTheme="majorEastAsia" w:hAnsi="Montserrat" w:cstheme="majorBidi"/>
          <w:b/>
          <w:bCs/>
          <w:sz w:val="36"/>
          <w:szCs w:val="32"/>
        </w:rPr>
      </w:pPr>
      <w:r>
        <w:rPr>
          <w:rFonts w:ascii="Montserrat" w:hAnsi="Montserrat"/>
          <w:sz w:val="36"/>
          <w:szCs w:val="32"/>
        </w:rPr>
        <w:br w:type="page"/>
      </w:r>
    </w:p>
    <w:p w14:paraId="2B9450D2" w14:textId="2170163E" w:rsidR="00F44177" w:rsidRPr="005C4DA9" w:rsidRDefault="00000000">
      <w:pPr>
        <w:pStyle w:val="Heading1"/>
        <w:rPr>
          <w:rFonts w:ascii="Montserrat" w:hAnsi="Montserrat"/>
          <w:sz w:val="32"/>
        </w:rPr>
      </w:pPr>
      <w:r w:rsidRPr="005C4DA9">
        <w:rPr>
          <w:rFonts w:ascii="Montserrat" w:hAnsi="Montserrat"/>
          <w:sz w:val="32"/>
        </w:rPr>
        <w:lastRenderedPageBreak/>
        <w:t xml:space="preserve">Safeguarding </w:t>
      </w:r>
      <w:r w:rsidR="00C832FC" w:rsidRPr="005C4DA9">
        <w:rPr>
          <w:rFonts w:ascii="Montserrat" w:hAnsi="Montserrat"/>
          <w:sz w:val="32"/>
        </w:rPr>
        <w:t>I</w:t>
      </w:r>
      <w:r w:rsidRPr="005C4DA9">
        <w:rPr>
          <w:rFonts w:ascii="Montserrat" w:hAnsi="Montserrat"/>
          <w:sz w:val="32"/>
        </w:rPr>
        <w:t xml:space="preserve">ncident </w:t>
      </w:r>
      <w:r w:rsidR="00C832FC" w:rsidRPr="005C4DA9">
        <w:rPr>
          <w:rFonts w:ascii="Montserrat" w:hAnsi="Montserrat"/>
          <w:sz w:val="32"/>
        </w:rPr>
        <w:t>R</w:t>
      </w:r>
      <w:r w:rsidRPr="005C4DA9">
        <w:rPr>
          <w:rFonts w:ascii="Montserrat" w:hAnsi="Montserrat"/>
          <w:sz w:val="32"/>
        </w:rPr>
        <w:t>ecord</w:t>
      </w:r>
    </w:p>
    <w:p w14:paraId="73ED51F1" w14:textId="77777777" w:rsidR="00F44177" w:rsidRPr="00C832FC" w:rsidRDefault="00000000">
      <w:pPr>
        <w:rPr>
          <w:rFonts w:ascii="Montserrat" w:hAnsi="Montserrat"/>
        </w:rPr>
      </w:pPr>
      <w:r w:rsidRPr="00C832FC">
        <w:rPr>
          <w:rFonts w:ascii="Montserrat" w:hAnsi="Montserrat"/>
        </w:rPr>
        <w:t>Complete after urgent safety actions and required reports. Use factual observations and exact words where possible. Mark unknown information as unknown. Keep this form in the restricted record location; attach additional pages if needed.</w:t>
      </w:r>
    </w:p>
    <w:p w14:paraId="726D7997" w14:textId="1475106E" w:rsidR="00F44177" w:rsidRPr="00C832FC" w:rsidRDefault="00000000">
      <w:pPr>
        <w:rPr>
          <w:rFonts w:ascii="Montserrat" w:hAnsi="Montserrat"/>
        </w:rPr>
      </w:pPr>
      <w:r w:rsidRPr="00C832FC">
        <w:rPr>
          <w:rFonts w:ascii="Montserrat" w:hAnsi="Montserrat"/>
        </w:rPr>
        <w:t xml:space="preserve">Brewery </w:t>
      </w:r>
      <w:r w:rsidR="00974BEE">
        <w:rPr>
          <w:rFonts w:ascii="Montserrat" w:hAnsi="Montserrat"/>
        </w:rPr>
        <w:t>Name: __________________________________________________________________________ Site Name and Address</w:t>
      </w:r>
      <w:r w:rsidRPr="00C832FC">
        <w:rPr>
          <w:rFonts w:ascii="Montserrat" w:hAnsi="Montserrat"/>
        </w:rPr>
        <w:t>: _</w:t>
      </w:r>
      <w:r w:rsidR="00974BEE">
        <w:rPr>
          <w:rFonts w:ascii="Montserrat" w:hAnsi="Montserrat"/>
        </w:rPr>
        <w:t>__________</w:t>
      </w:r>
      <w:r w:rsidRPr="00C832FC">
        <w:rPr>
          <w:rFonts w:ascii="Montserrat" w:hAnsi="Montserrat"/>
        </w:rPr>
        <w:t>______________________________________________________</w:t>
      </w:r>
      <w:r w:rsidRPr="00C832FC">
        <w:rPr>
          <w:rFonts w:ascii="Montserrat" w:hAnsi="Montserrat"/>
        </w:rPr>
        <w:br/>
        <w:t xml:space="preserve">Incident </w:t>
      </w:r>
      <w:r w:rsidR="00242ABA">
        <w:rPr>
          <w:rFonts w:ascii="Montserrat" w:hAnsi="Montserrat"/>
        </w:rPr>
        <w:t>D</w:t>
      </w:r>
      <w:r w:rsidRPr="00C832FC">
        <w:rPr>
          <w:rFonts w:ascii="Montserrat" w:hAnsi="Montserrat"/>
        </w:rPr>
        <w:t>ate</w:t>
      </w:r>
      <w:r w:rsidR="00974BEE">
        <w:rPr>
          <w:rFonts w:ascii="Montserrat" w:hAnsi="Montserrat"/>
        </w:rPr>
        <w:t>:</w:t>
      </w:r>
      <w:r w:rsidR="00242ABA">
        <w:rPr>
          <w:rFonts w:ascii="Montserrat" w:hAnsi="Montserrat"/>
        </w:rPr>
        <w:t xml:space="preserve"> </w:t>
      </w:r>
      <w:r w:rsidR="00974BEE">
        <w:rPr>
          <w:rFonts w:ascii="Montserrat" w:hAnsi="Montserrat"/>
        </w:rPr>
        <w:t>__________________________</w:t>
      </w:r>
      <w:r w:rsidRPr="00C832FC">
        <w:rPr>
          <w:rFonts w:ascii="Montserrat" w:hAnsi="Montserrat"/>
        </w:rPr>
        <w:t xml:space="preserve"> </w:t>
      </w:r>
      <w:r w:rsidR="00974BEE">
        <w:rPr>
          <w:rFonts w:ascii="Montserrat" w:hAnsi="Montserrat"/>
        </w:rPr>
        <w:t>Incident</w:t>
      </w:r>
      <w:r w:rsidRPr="00C832FC">
        <w:rPr>
          <w:rFonts w:ascii="Montserrat" w:hAnsi="Montserrat"/>
        </w:rPr>
        <w:t xml:space="preserve"> </w:t>
      </w:r>
      <w:r w:rsidR="00974BEE">
        <w:rPr>
          <w:rFonts w:ascii="Montserrat" w:hAnsi="Montserrat"/>
        </w:rPr>
        <w:t>T</w:t>
      </w:r>
      <w:r w:rsidRPr="00C832FC">
        <w:rPr>
          <w:rFonts w:ascii="Montserrat" w:hAnsi="Montserrat"/>
        </w:rPr>
        <w:t>ime: __________________________________</w:t>
      </w:r>
      <w:r w:rsidRPr="00C832FC">
        <w:rPr>
          <w:rFonts w:ascii="Montserrat" w:hAnsi="Montserrat"/>
        </w:rPr>
        <w:br/>
        <w:t xml:space="preserve">Record </w:t>
      </w:r>
      <w:r w:rsidR="00974BEE">
        <w:rPr>
          <w:rFonts w:ascii="Montserrat" w:hAnsi="Montserrat"/>
        </w:rPr>
        <w:t>C</w:t>
      </w:r>
      <w:r w:rsidRPr="00C832FC">
        <w:rPr>
          <w:rFonts w:ascii="Montserrat" w:hAnsi="Montserrat"/>
        </w:rPr>
        <w:t xml:space="preserve">ompleted </w:t>
      </w:r>
      <w:r w:rsidR="00974BEE">
        <w:rPr>
          <w:rFonts w:ascii="Montserrat" w:hAnsi="Montserrat"/>
        </w:rPr>
        <w:t>D</w:t>
      </w:r>
      <w:r w:rsidRPr="00C832FC">
        <w:rPr>
          <w:rFonts w:ascii="Montserrat" w:hAnsi="Montserrat"/>
        </w:rPr>
        <w:t>ate</w:t>
      </w:r>
      <w:r w:rsidR="00974BEE">
        <w:rPr>
          <w:rFonts w:ascii="Montserrat" w:hAnsi="Montserrat"/>
        </w:rPr>
        <w:t>: ___________________________</w:t>
      </w:r>
      <w:r w:rsidRPr="00C832FC">
        <w:rPr>
          <w:rFonts w:ascii="Montserrat" w:hAnsi="Montserrat"/>
        </w:rPr>
        <w:t xml:space="preserve"> and </w:t>
      </w:r>
      <w:r w:rsidR="00974BEE">
        <w:rPr>
          <w:rFonts w:ascii="Montserrat" w:hAnsi="Montserrat"/>
        </w:rPr>
        <w:t>T</w:t>
      </w:r>
      <w:r w:rsidRPr="00C832FC">
        <w:rPr>
          <w:rFonts w:ascii="Montserrat" w:hAnsi="Montserrat"/>
        </w:rPr>
        <w:t>ime: ___________________________</w:t>
      </w:r>
      <w:r w:rsidRPr="00C832FC">
        <w:rPr>
          <w:rFonts w:ascii="Montserrat" w:hAnsi="Montserrat"/>
        </w:rPr>
        <w:br/>
        <w:t xml:space="preserve">Reporter </w:t>
      </w:r>
      <w:r w:rsidR="00974BEE">
        <w:rPr>
          <w:rFonts w:ascii="Montserrat" w:hAnsi="Montserrat"/>
        </w:rPr>
        <w:t>N</w:t>
      </w:r>
      <w:r w:rsidRPr="00C832FC">
        <w:rPr>
          <w:rFonts w:ascii="Montserrat" w:hAnsi="Montserrat"/>
        </w:rPr>
        <w:t>ame</w:t>
      </w:r>
      <w:r w:rsidR="00974BEE">
        <w:rPr>
          <w:rFonts w:ascii="Montserrat" w:hAnsi="Montserrat"/>
        </w:rPr>
        <w:t>/Role: __________________________________</w:t>
      </w:r>
      <w:r w:rsidRPr="00C832FC">
        <w:rPr>
          <w:rFonts w:ascii="Montserrat" w:hAnsi="Montserrat"/>
        </w:rPr>
        <w:t xml:space="preserve"> </w:t>
      </w:r>
      <w:r w:rsidR="00974BEE">
        <w:rPr>
          <w:rFonts w:ascii="Montserrat" w:hAnsi="Montserrat"/>
        </w:rPr>
        <w:t>Reporter Phone</w:t>
      </w:r>
      <w:r w:rsidRPr="00C832FC">
        <w:rPr>
          <w:rFonts w:ascii="Montserrat" w:hAnsi="Montserrat"/>
        </w:rPr>
        <w:t>: _________________</w:t>
      </w:r>
    </w:p>
    <w:p w14:paraId="6CDE9D8C" w14:textId="66F8B727" w:rsidR="00F44177" w:rsidRPr="00C832FC" w:rsidRDefault="00000000">
      <w:pPr>
        <w:pStyle w:val="Heading2"/>
        <w:rPr>
          <w:rFonts w:ascii="Montserrat" w:hAnsi="Montserrat"/>
        </w:rPr>
      </w:pPr>
      <w:r w:rsidRPr="00C832FC">
        <w:rPr>
          <w:rFonts w:ascii="Montserrat" w:hAnsi="Montserrat"/>
        </w:rPr>
        <w:t xml:space="preserve">People and </w:t>
      </w:r>
      <w:r w:rsidR="00C832FC">
        <w:rPr>
          <w:rFonts w:ascii="Montserrat" w:hAnsi="Montserrat"/>
        </w:rPr>
        <w:t>I</w:t>
      </w:r>
      <w:r w:rsidRPr="00C832FC">
        <w:rPr>
          <w:rFonts w:ascii="Montserrat" w:hAnsi="Montserrat"/>
        </w:rPr>
        <w:t xml:space="preserve">mmediate </w:t>
      </w:r>
      <w:r w:rsidR="00C832FC">
        <w:rPr>
          <w:rFonts w:ascii="Montserrat" w:hAnsi="Montserrat"/>
        </w:rPr>
        <w:t>C</w:t>
      </w:r>
      <w:r w:rsidRPr="00C832FC">
        <w:rPr>
          <w:rFonts w:ascii="Montserrat" w:hAnsi="Montserrat"/>
        </w:rPr>
        <w:t>oncerns</w:t>
      </w:r>
    </w:p>
    <w:p w14:paraId="334F0244" w14:textId="73A7553E" w:rsidR="00F44177" w:rsidRPr="00C832FC" w:rsidRDefault="00000000">
      <w:pPr>
        <w:rPr>
          <w:rFonts w:ascii="Montserrat" w:hAnsi="Montserrat"/>
        </w:rPr>
      </w:pPr>
      <w:r w:rsidRPr="00C832FC">
        <w:rPr>
          <w:rFonts w:ascii="Montserrat" w:hAnsi="Montserrat"/>
        </w:rPr>
        <w:t xml:space="preserve">Child or </w:t>
      </w:r>
      <w:r w:rsidR="00974BEE">
        <w:rPr>
          <w:rFonts w:ascii="Montserrat" w:hAnsi="Montserrat"/>
        </w:rPr>
        <w:t>A</w:t>
      </w:r>
      <w:r w:rsidRPr="00C832FC">
        <w:rPr>
          <w:rFonts w:ascii="Montserrat" w:hAnsi="Montserrat"/>
        </w:rPr>
        <w:t xml:space="preserve">dult </w:t>
      </w:r>
      <w:r w:rsidR="00974BEE">
        <w:rPr>
          <w:rFonts w:ascii="Montserrat" w:hAnsi="Montserrat"/>
        </w:rPr>
        <w:t>N</w:t>
      </w:r>
      <w:r w:rsidRPr="00C832FC">
        <w:rPr>
          <w:rFonts w:ascii="Montserrat" w:hAnsi="Montserrat"/>
        </w:rPr>
        <w:t>ame</w:t>
      </w:r>
      <w:r w:rsidR="00974BEE">
        <w:rPr>
          <w:rFonts w:ascii="Montserrat" w:hAnsi="Montserrat"/>
        </w:rPr>
        <w:t>: ________________________________</w:t>
      </w:r>
      <w:r w:rsidRPr="00C832FC">
        <w:rPr>
          <w:rFonts w:ascii="Montserrat" w:hAnsi="Montserrat"/>
        </w:rPr>
        <w:t xml:space="preserve"> and </w:t>
      </w:r>
      <w:r w:rsidR="00974BEE">
        <w:rPr>
          <w:rFonts w:ascii="Montserrat" w:hAnsi="Montserrat"/>
        </w:rPr>
        <w:t>A</w:t>
      </w:r>
      <w:r w:rsidRPr="00C832FC">
        <w:rPr>
          <w:rFonts w:ascii="Montserrat" w:hAnsi="Montserrat"/>
        </w:rPr>
        <w:t>ge</w:t>
      </w:r>
      <w:r w:rsidR="00974BEE">
        <w:rPr>
          <w:rFonts w:ascii="Montserrat" w:hAnsi="Montserrat"/>
        </w:rPr>
        <w:t>: _</w:t>
      </w:r>
      <w:r w:rsidRPr="00C832FC">
        <w:rPr>
          <w:rFonts w:ascii="Montserrat" w:hAnsi="Montserrat"/>
        </w:rPr>
        <w:t>__________________________</w:t>
      </w:r>
      <w:r w:rsidRPr="00C832FC">
        <w:rPr>
          <w:rFonts w:ascii="Montserrat" w:hAnsi="Montserrat"/>
        </w:rPr>
        <w:br/>
        <w:t xml:space="preserve">Caregiver </w:t>
      </w:r>
      <w:r w:rsidR="00974BEE">
        <w:rPr>
          <w:rFonts w:ascii="Montserrat" w:hAnsi="Montserrat"/>
        </w:rPr>
        <w:t xml:space="preserve">Name: _________________________________ Caregiver Phone: _____________________ </w:t>
      </w:r>
      <w:r w:rsidRPr="00C832FC">
        <w:rPr>
          <w:rFonts w:ascii="Montserrat" w:hAnsi="Montserrat"/>
        </w:rPr>
        <w:br/>
        <w:t xml:space="preserve">Current </w:t>
      </w:r>
      <w:r w:rsidR="00974BEE">
        <w:rPr>
          <w:rFonts w:ascii="Montserrat" w:hAnsi="Montserrat"/>
        </w:rPr>
        <w:t>L</w:t>
      </w:r>
      <w:r w:rsidRPr="00C832FC">
        <w:rPr>
          <w:rFonts w:ascii="Montserrat" w:hAnsi="Montserrat"/>
        </w:rPr>
        <w:t>ocation</w:t>
      </w:r>
      <w:r w:rsidR="00974BEE">
        <w:rPr>
          <w:rFonts w:ascii="Montserrat" w:hAnsi="Montserrat"/>
        </w:rPr>
        <w:t>: ________________________________________________________________________ S</w:t>
      </w:r>
      <w:r w:rsidRPr="00C832FC">
        <w:rPr>
          <w:rFonts w:ascii="Montserrat" w:hAnsi="Montserrat"/>
        </w:rPr>
        <w:t xml:space="preserve">afety </w:t>
      </w:r>
      <w:r w:rsidR="00974BEE">
        <w:rPr>
          <w:rFonts w:ascii="Montserrat" w:hAnsi="Montserrat"/>
        </w:rPr>
        <w:t>N</w:t>
      </w:r>
      <w:r w:rsidRPr="00C832FC">
        <w:rPr>
          <w:rFonts w:ascii="Montserrat" w:hAnsi="Montserrat"/>
        </w:rPr>
        <w:t>eeds: _________________________________________</w:t>
      </w:r>
      <w:r w:rsidR="00974BEE">
        <w:rPr>
          <w:rFonts w:ascii="Montserrat" w:hAnsi="Montserrat"/>
        </w:rPr>
        <w:t>___________________________________ ____________________________________________________________________________________________________________________________________________________________________________________</w:t>
      </w:r>
      <w:r w:rsidRPr="00C832FC">
        <w:rPr>
          <w:rFonts w:ascii="Montserrat" w:hAnsi="Montserrat"/>
        </w:rPr>
        <w:br/>
        <w:t>Other people involved or at risk: ___________________________________________</w:t>
      </w:r>
      <w:r w:rsidR="00974BEE">
        <w:rPr>
          <w:rFonts w:ascii="Montserrat" w:hAnsi="Montserrat"/>
        </w:rPr>
        <w:t>_______________</w:t>
      </w:r>
      <w:r w:rsidR="00DC725E">
        <w:rPr>
          <w:rFonts w:ascii="Montserrat" w:hAnsi="Montserrat"/>
        </w:rPr>
        <w:t xml:space="preserve"> __________________________________________________________________________________________</w:t>
      </w:r>
    </w:p>
    <w:p w14:paraId="7916AEA9" w14:textId="6250A4A3" w:rsidR="00F44177" w:rsidRPr="00C832FC" w:rsidRDefault="00000000">
      <w:pPr>
        <w:pStyle w:val="Heading2"/>
        <w:rPr>
          <w:rFonts w:ascii="Montserrat" w:hAnsi="Montserrat"/>
        </w:rPr>
      </w:pPr>
      <w:r w:rsidRPr="00C832FC">
        <w:rPr>
          <w:rFonts w:ascii="Montserrat" w:hAnsi="Montserrat"/>
        </w:rPr>
        <w:t xml:space="preserve">What was </w:t>
      </w:r>
      <w:r w:rsidR="00C832FC">
        <w:rPr>
          <w:rFonts w:ascii="Montserrat" w:hAnsi="Montserrat"/>
        </w:rPr>
        <w:t>O</w:t>
      </w:r>
      <w:r w:rsidRPr="00C832FC">
        <w:rPr>
          <w:rFonts w:ascii="Montserrat" w:hAnsi="Montserrat"/>
        </w:rPr>
        <w:t xml:space="preserve">bserved or </w:t>
      </w:r>
      <w:r w:rsidR="00C832FC">
        <w:rPr>
          <w:rFonts w:ascii="Montserrat" w:hAnsi="Montserrat"/>
        </w:rPr>
        <w:t>D</w:t>
      </w:r>
      <w:r w:rsidRPr="00C832FC">
        <w:rPr>
          <w:rFonts w:ascii="Montserrat" w:hAnsi="Montserrat"/>
        </w:rPr>
        <w:t>isclosed</w:t>
      </w:r>
    </w:p>
    <w:p w14:paraId="76377FEE" w14:textId="3765B81C" w:rsidR="00F44177" w:rsidRPr="00C832FC" w:rsidRDefault="00000000">
      <w:pPr>
        <w:rPr>
          <w:rFonts w:ascii="Montserrat" w:hAnsi="Montserrat"/>
        </w:rPr>
      </w:pPr>
      <w:r w:rsidRPr="00C832FC">
        <w:rPr>
          <w:rFonts w:ascii="Montserrat" w:hAnsi="Montserrat"/>
        </w:rPr>
        <w:t>Include location, direct observations, exact words, and witnesses. Distinguish what you saw from what someone told you. Do not diagnose or speculate.</w:t>
      </w:r>
      <w:r w:rsidRPr="00C832FC">
        <w:rPr>
          <w:rFonts w:ascii="Montserrat" w:hAnsi="Montserrat"/>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33B516" w14:textId="26CDA533" w:rsidR="00F44177" w:rsidRPr="00C832FC" w:rsidRDefault="00000000">
      <w:pPr>
        <w:pStyle w:val="Heading2"/>
        <w:rPr>
          <w:rFonts w:ascii="Montserrat" w:hAnsi="Montserrat"/>
        </w:rPr>
      </w:pPr>
      <w:r w:rsidRPr="00C832FC">
        <w:rPr>
          <w:rFonts w:ascii="Montserrat" w:hAnsi="Montserrat"/>
        </w:rPr>
        <w:t xml:space="preserve">Actions and </w:t>
      </w:r>
      <w:r w:rsidR="00C832FC">
        <w:rPr>
          <w:rFonts w:ascii="Montserrat" w:hAnsi="Montserrat"/>
        </w:rPr>
        <w:t>A</w:t>
      </w:r>
      <w:r w:rsidRPr="00C832FC">
        <w:rPr>
          <w:rFonts w:ascii="Montserrat" w:hAnsi="Montserrat"/>
        </w:rPr>
        <w:t xml:space="preserve">gency </w:t>
      </w:r>
      <w:r w:rsidR="00C832FC">
        <w:rPr>
          <w:rFonts w:ascii="Montserrat" w:hAnsi="Montserrat"/>
        </w:rPr>
        <w:t>R</w:t>
      </w:r>
      <w:r w:rsidRPr="00C832FC">
        <w:rPr>
          <w:rFonts w:ascii="Montserrat" w:hAnsi="Montserrat"/>
        </w:rPr>
        <w:t>eports</w:t>
      </w:r>
    </w:p>
    <w:p w14:paraId="3CB6EEED" w14:textId="59B2EEAD" w:rsidR="00F44177" w:rsidRPr="00C832FC" w:rsidRDefault="00000000">
      <w:pPr>
        <w:rPr>
          <w:rFonts w:ascii="Montserrat" w:hAnsi="Montserrat"/>
        </w:rPr>
      </w:pPr>
      <w:r w:rsidRPr="00C832FC">
        <w:rPr>
          <w:rFonts w:ascii="Montserrat" w:hAnsi="Montserrat"/>
        </w:rPr>
        <w:t>Immediate protection and first aid: ______________________________________________________</w:t>
      </w:r>
      <w:r w:rsidR="00DC725E">
        <w:rPr>
          <w:rFonts w:ascii="Montserrat" w:hAnsi="Montserrat"/>
        </w:rPr>
        <w:t xml:space="preserve"> </w:t>
      </w:r>
      <w:r w:rsidRPr="00C832FC">
        <w:rPr>
          <w:rFonts w:ascii="Montserrat" w:hAnsi="Montserrat"/>
        </w:rPr>
        <w:t>____________________________________________________</w:t>
      </w:r>
      <w:r w:rsidR="00DC725E">
        <w:rPr>
          <w:rFonts w:ascii="Montserrat" w:hAnsi="Montserrat"/>
        </w:rPr>
        <w:t>______________________________________</w:t>
      </w:r>
      <w:r w:rsidRPr="00C832FC">
        <w:rPr>
          <w:rFonts w:ascii="Montserrat" w:hAnsi="Montserrat"/>
        </w:rPr>
        <w:br/>
        <w:t>Agency recipient date time and reference number for each call:</w:t>
      </w:r>
      <w:r w:rsidR="00DC725E">
        <w:rPr>
          <w:rFonts w:ascii="Montserrat" w:hAnsi="Montserrat"/>
        </w:rPr>
        <w:t xml:space="preserve"> _</w:t>
      </w:r>
      <w:r w:rsidRPr="00C832FC">
        <w:rPr>
          <w:rFonts w:ascii="Montserrat" w:hAnsi="Montserrat"/>
        </w:rPr>
        <w:t>_________________________</w:t>
      </w:r>
      <w:r w:rsidRPr="00C832FC">
        <w:rPr>
          <w:rFonts w:ascii="Montserrat" w:hAnsi="Montserrat"/>
        </w:rPr>
        <w:br/>
        <w:t>_________________________________________________________________</w:t>
      </w:r>
      <w:r w:rsidR="00DC725E">
        <w:rPr>
          <w:rFonts w:ascii="Montserrat" w:hAnsi="Montserrat"/>
        </w:rPr>
        <w:t>___________________</w:t>
      </w:r>
      <w:r w:rsidRPr="00C832FC">
        <w:rPr>
          <w:rFonts w:ascii="Montserrat" w:hAnsi="Montserrat"/>
        </w:rPr>
        <w:t>______</w:t>
      </w:r>
      <w:r w:rsidRPr="00C832FC">
        <w:rPr>
          <w:rFonts w:ascii="Montserrat" w:hAnsi="Montserrat"/>
        </w:rPr>
        <w:br/>
        <w:t>Agency instructions and next steps: _______</w:t>
      </w:r>
      <w:r w:rsidR="00DC725E">
        <w:rPr>
          <w:rFonts w:ascii="Montserrat" w:hAnsi="Montserrat"/>
        </w:rPr>
        <w:t>_____</w:t>
      </w:r>
      <w:r w:rsidRPr="00C832FC">
        <w:rPr>
          <w:rFonts w:ascii="Montserrat" w:hAnsi="Montserrat"/>
        </w:rPr>
        <w:t>__________________________________________</w:t>
      </w:r>
      <w:r w:rsidR="00DC725E">
        <w:rPr>
          <w:rFonts w:ascii="Montserrat" w:hAnsi="Montserrat"/>
        </w:rPr>
        <w:t xml:space="preserve"> __________________________________________________________________________________________</w:t>
      </w:r>
    </w:p>
    <w:p w14:paraId="50F8BD15" w14:textId="35BE6958" w:rsidR="00F44177" w:rsidRPr="00C832FC" w:rsidRDefault="00000000">
      <w:pPr>
        <w:pStyle w:val="Heading2"/>
        <w:rPr>
          <w:rFonts w:ascii="Montserrat" w:hAnsi="Montserrat"/>
        </w:rPr>
      </w:pPr>
      <w:r w:rsidRPr="00C832FC">
        <w:rPr>
          <w:rFonts w:ascii="Montserrat" w:hAnsi="Montserrat"/>
        </w:rPr>
        <w:t xml:space="preserve">Notifications </w:t>
      </w:r>
      <w:r w:rsidR="00C832FC">
        <w:rPr>
          <w:rFonts w:ascii="Montserrat" w:hAnsi="Montserrat"/>
        </w:rPr>
        <w:t>P</w:t>
      </w:r>
      <w:r w:rsidRPr="00C832FC">
        <w:rPr>
          <w:rFonts w:ascii="Montserrat" w:hAnsi="Montserrat"/>
        </w:rPr>
        <w:t xml:space="preserve">reservation and </w:t>
      </w:r>
      <w:r w:rsidR="00C832FC">
        <w:rPr>
          <w:rFonts w:ascii="Montserrat" w:hAnsi="Montserrat"/>
        </w:rPr>
        <w:t>F</w:t>
      </w:r>
      <w:r w:rsidRPr="00C832FC">
        <w:rPr>
          <w:rFonts w:ascii="Montserrat" w:hAnsi="Montserrat"/>
        </w:rPr>
        <w:t>ollow</w:t>
      </w:r>
      <w:r w:rsidR="00C832FC">
        <w:rPr>
          <w:rFonts w:ascii="Montserrat" w:hAnsi="Montserrat"/>
        </w:rPr>
        <w:t>-</w:t>
      </w:r>
      <w:r w:rsidRPr="00C832FC">
        <w:rPr>
          <w:rFonts w:ascii="Montserrat" w:hAnsi="Montserrat"/>
        </w:rPr>
        <w:t>up</w:t>
      </w:r>
    </w:p>
    <w:p w14:paraId="6F75BE0A" w14:textId="77777777" w:rsidR="00DC725E" w:rsidRDefault="00000000">
      <w:pPr>
        <w:rPr>
          <w:rFonts w:ascii="Montserrat" w:hAnsi="Montserrat"/>
        </w:rPr>
      </w:pPr>
      <w:r w:rsidRPr="00C832FC">
        <w:rPr>
          <w:rFonts w:ascii="Montserrat" w:hAnsi="Montserrat"/>
        </w:rPr>
        <w:t xml:space="preserve">Manager or </w:t>
      </w:r>
      <w:r w:rsidR="00DC725E">
        <w:rPr>
          <w:rFonts w:ascii="Montserrat" w:hAnsi="Montserrat"/>
        </w:rPr>
        <w:t>L</w:t>
      </w:r>
      <w:r w:rsidRPr="00C832FC">
        <w:rPr>
          <w:rFonts w:ascii="Montserrat" w:hAnsi="Montserrat"/>
        </w:rPr>
        <w:t xml:space="preserve">ead </w:t>
      </w:r>
      <w:r w:rsidR="00DC725E">
        <w:rPr>
          <w:rFonts w:ascii="Montserrat" w:hAnsi="Montserrat"/>
        </w:rPr>
        <w:t>N</w:t>
      </w:r>
      <w:r w:rsidRPr="00C832FC">
        <w:rPr>
          <w:rFonts w:ascii="Montserrat" w:hAnsi="Montserrat"/>
        </w:rPr>
        <w:t>otified</w:t>
      </w:r>
      <w:r w:rsidR="00DC725E">
        <w:rPr>
          <w:rFonts w:ascii="Montserrat" w:hAnsi="Montserrat"/>
        </w:rPr>
        <w:t>: __________________________ Date: _____________</w:t>
      </w:r>
      <w:r w:rsidRPr="00C832FC">
        <w:rPr>
          <w:rFonts w:ascii="Montserrat" w:hAnsi="Montserrat"/>
        </w:rPr>
        <w:t xml:space="preserve"> </w:t>
      </w:r>
      <w:r w:rsidR="00DC725E">
        <w:rPr>
          <w:rFonts w:ascii="Montserrat" w:hAnsi="Montserrat"/>
        </w:rPr>
        <w:t>T</w:t>
      </w:r>
      <w:r w:rsidRPr="00C832FC">
        <w:rPr>
          <w:rFonts w:ascii="Montserrat" w:hAnsi="Montserrat"/>
        </w:rPr>
        <w:t>ime:</w:t>
      </w:r>
      <w:r w:rsidR="00DC725E">
        <w:rPr>
          <w:rFonts w:ascii="Montserrat" w:hAnsi="Montserrat"/>
        </w:rPr>
        <w:t xml:space="preserve"> </w:t>
      </w:r>
      <w:r w:rsidRPr="00C832FC">
        <w:rPr>
          <w:rFonts w:ascii="Montserrat" w:hAnsi="Montserrat"/>
        </w:rPr>
        <w:t>____________</w:t>
      </w:r>
      <w:r w:rsidRPr="00C832FC">
        <w:rPr>
          <w:rFonts w:ascii="Montserrat" w:hAnsi="Montserrat"/>
        </w:rPr>
        <w:br/>
        <w:t>Caregiver notified by whom and when or agency advice to delay: _________________</w:t>
      </w:r>
      <w:r w:rsidR="00DC725E">
        <w:rPr>
          <w:rFonts w:ascii="Montserrat" w:hAnsi="Montserrat"/>
        </w:rPr>
        <w:t>________</w:t>
      </w:r>
      <w:r w:rsidRPr="00C832FC">
        <w:rPr>
          <w:rFonts w:ascii="Montserrat" w:hAnsi="Montserrat"/>
        </w:rPr>
        <w:br/>
        <w:t>_______________________________________________________________________</w:t>
      </w:r>
      <w:r w:rsidR="00DC725E">
        <w:rPr>
          <w:rFonts w:ascii="Montserrat" w:hAnsi="Montserrat"/>
        </w:rPr>
        <w:t>___________________</w:t>
      </w:r>
      <w:r w:rsidRPr="00C832FC">
        <w:rPr>
          <w:rFonts w:ascii="Montserrat" w:hAnsi="Montserrat"/>
        </w:rPr>
        <w:br/>
        <w:t>Evidence preserved and secure location: ____________________________________</w:t>
      </w:r>
      <w:r w:rsidR="00DC725E">
        <w:rPr>
          <w:rFonts w:ascii="Montserrat" w:hAnsi="Montserrat"/>
        </w:rPr>
        <w:t>_____________</w:t>
      </w:r>
      <w:r w:rsidRPr="00C832FC">
        <w:rPr>
          <w:rFonts w:ascii="Montserrat" w:hAnsi="Montserrat"/>
        </w:rPr>
        <w:br/>
        <w:t>Reunification or departure details and safety arrangements: ______________________</w:t>
      </w:r>
      <w:r w:rsidR="00DC725E">
        <w:rPr>
          <w:rFonts w:ascii="Montserrat" w:hAnsi="Montserrat"/>
        </w:rPr>
        <w:t>_______</w:t>
      </w:r>
      <w:r w:rsidRPr="00C832FC">
        <w:rPr>
          <w:rFonts w:ascii="Montserrat" w:hAnsi="Montserrat"/>
        </w:rPr>
        <w:br/>
        <w:t>_______________________________________________________________________</w:t>
      </w:r>
      <w:r w:rsidR="00DC725E">
        <w:rPr>
          <w:rFonts w:ascii="Montserrat" w:hAnsi="Montserrat"/>
        </w:rPr>
        <w:t>___________________</w:t>
      </w:r>
    </w:p>
    <w:p w14:paraId="3EC61894" w14:textId="1308677E" w:rsidR="00DC725E" w:rsidRDefault="00000000">
      <w:pPr>
        <w:rPr>
          <w:rFonts w:ascii="Montserrat" w:hAnsi="Montserrat"/>
        </w:rPr>
      </w:pPr>
      <w:r w:rsidRPr="00C832FC">
        <w:rPr>
          <w:rFonts w:ascii="Montserrat" w:hAnsi="Montserrat"/>
        </w:rPr>
        <w:t xml:space="preserve">Reporter </w:t>
      </w:r>
      <w:r w:rsidR="00DC725E">
        <w:rPr>
          <w:rFonts w:ascii="Montserrat" w:hAnsi="Montserrat"/>
        </w:rPr>
        <w:t>S</w:t>
      </w:r>
      <w:r w:rsidRPr="00C832FC">
        <w:rPr>
          <w:rFonts w:ascii="Montserrat" w:hAnsi="Montserrat"/>
        </w:rPr>
        <w:t>ignature: ______________</w:t>
      </w:r>
      <w:r w:rsidR="00DC725E">
        <w:rPr>
          <w:rFonts w:ascii="Montserrat" w:hAnsi="Montserrat"/>
        </w:rPr>
        <w:t>_______________</w:t>
      </w:r>
      <w:r w:rsidRPr="00C832FC">
        <w:rPr>
          <w:rFonts w:ascii="Montserrat" w:hAnsi="Montserrat"/>
        </w:rPr>
        <w:t>_________ Date: _________________________</w:t>
      </w:r>
    </w:p>
    <w:p w14:paraId="717AB74D" w14:textId="50A9BBDC" w:rsidR="00F44177" w:rsidRPr="00C832FC" w:rsidRDefault="00000000">
      <w:pPr>
        <w:rPr>
          <w:rFonts w:ascii="Montserrat" w:hAnsi="Montserrat"/>
        </w:rPr>
      </w:pPr>
      <w:r w:rsidRPr="00C832FC">
        <w:rPr>
          <w:rFonts w:ascii="Montserrat" w:hAnsi="Montserrat"/>
        </w:rPr>
        <w:t xml:space="preserve">Manager </w:t>
      </w:r>
      <w:r w:rsidR="00DC725E">
        <w:rPr>
          <w:rFonts w:ascii="Montserrat" w:hAnsi="Montserrat"/>
        </w:rPr>
        <w:t>R</w:t>
      </w:r>
      <w:r w:rsidRPr="00C832FC">
        <w:rPr>
          <w:rFonts w:ascii="Montserrat" w:hAnsi="Montserrat"/>
        </w:rPr>
        <w:t xml:space="preserve">eview: </w:t>
      </w:r>
      <w:r w:rsidR="00DC725E">
        <w:rPr>
          <w:rFonts w:ascii="Montserrat" w:hAnsi="Montserrat"/>
        </w:rPr>
        <w:t>________________</w:t>
      </w:r>
      <w:r w:rsidRPr="00C832FC">
        <w:rPr>
          <w:rFonts w:ascii="Montserrat" w:hAnsi="Montserrat"/>
        </w:rPr>
        <w:t>_________________________ Date: _________________________</w:t>
      </w:r>
    </w:p>
    <w:p w14:paraId="51815171" w14:textId="0F617432" w:rsidR="00F44177" w:rsidRPr="005C4DA9" w:rsidRDefault="00000000">
      <w:pPr>
        <w:pStyle w:val="Heading1"/>
        <w:rPr>
          <w:rFonts w:ascii="Montserrat" w:hAnsi="Montserrat"/>
          <w:sz w:val="32"/>
        </w:rPr>
      </w:pPr>
      <w:r w:rsidRPr="005C4DA9">
        <w:rPr>
          <w:rFonts w:ascii="Montserrat" w:hAnsi="Montserrat"/>
          <w:sz w:val="32"/>
        </w:rPr>
        <w:lastRenderedPageBreak/>
        <w:t xml:space="preserve">Family </w:t>
      </w:r>
      <w:r w:rsidR="00C832FC" w:rsidRPr="005C4DA9">
        <w:rPr>
          <w:rFonts w:ascii="Montserrat" w:hAnsi="Montserrat"/>
          <w:sz w:val="32"/>
        </w:rPr>
        <w:t>W</w:t>
      </w:r>
      <w:r w:rsidRPr="005C4DA9">
        <w:rPr>
          <w:rFonts w:ascii="Montserrat" w:hAnsi="Montserrat"/>
          <w:sz w:val="32"/>
        </w:rPr>
        <w:t xml:space="preserve">elcome </w:t>
      </w:r>
      <w:r w:rsidR="00C832FC" w:rsidRPr="005C4DA9">
        <w:rPr>
          <w:rFonts w:ascii="Montserrat" w:hAnsi="Montserrat"/>
          <w:sz w:val="32"/>
        </w:rPr>
        <w:t>N</w:t>
      </w:r>
      <w:r w:rsidRPr="005C4DA9">
        <w:rPr>
          <w:rFonts w:ascii="Montserrat" w:hAnsi="Montserrat"/>
          <w:sz w:val="32"/>
        </w:rPr>
        <w:t xml:space="preserve">otice and </w:t>
      </w:r>
      <w:r w:rsidR="00C832FC" w:rsidRPr="005C4DA9">
        <w:rPr>
          <w:rFonts w:ascii="Montserrat" w:hAnsi="Montserrat"/>
          <w:sz w:val="32"/>
        </w:rPr>
        <w:t>S</w:t>
      </w:r>
      <w:r w:rsidRPr="005C4DA9">
        <w:rPr>
          <w:rFonts w:ascii="Montserrat" w:hAnsi="Montserrat"/>
          <w:sz w:val="32"/>
        </w:rPr>
        <w:t xml:space="preserve">taff </w:t>
      </w:r>
      <w:r w:rsidR="00C832FC" w:rsidRPr="005C4DA9">
        <w:rPr>
          <w:rFonts w:ascii="Montserrat" w:hAnsi="Montserrat"/>
          <w:sz w:val="32"/>
        </w:rPr>
        <w:t>A</w:t>
      </w:r>
      <w:r w:rsidRPr="005C4DA9">
        <w:rPr>
          <w:rFonts w:ascii="Montserrat" w:hAnsi="Montserrat"/>
          <w:sz w:val="32"/>
        </w:rPr>
        <w:t>cknowledgment</w:t>
      </w:r>
    </w:p>
    <w:p w14:paraId="691E4E17" w14:textId="03032517" w:rsidR="00F44177" w:rsidRPr="00C832FC" w:rsidRDefault="00000000">
      <w:pPr>
        <w:pStyle w:val="Heading2"/>
        <w:rPr>
          <w:rFonts w:ascii="Montserrat" w:hAnsi="Montserrat"/>
        </w:rPr>
      </w:pPr>
      <w:r w:rsidRPr="00C832FC">
        <w:rPr>
          <w:rFonts w:ascii="Montserrat" w:hAnsi="Montserrat"/>
        </w:rPr>
        <w:t xml:space="preserve">Guest </w:t>
      </w:r>
      <w:r w:rsidR="00C832FC">
        <w:rPr>
          <w:rFonts w:ascii="Montserrat" w:hAnsi="Montserrat"/>
        </w:rPr>
        <w:t>N</w:t>
      </w:r>
      <w:r w:rsidRPr="00C832FC">
        <w:rPr>
          <w:rFonts w:ascii="Montserrat" w:hAnsi="Montserrat"/>
        </w:rPr>
        <w:t>otice</w:t>
      </w:r>
    </w:p>
    <w:p w14:paraId="4AA6B3BA" w14:textId="77777777" w:rsidR="00F44177" w:rsidRPr="00C832FC" w:rsidRDefault="00000000">
      <w:pPr>
        <w:rPr>
          <w:rFonts w:ascii="Montserrat" w:hAnsi="Montserrat"/>
        </w:rPr>
      </w:pPr>
      <w:r w:rsidRPr="00C832FC">
        <w:rPr>
          <w:rFonts w:ascii="Montserrat" w:hAnsi="Montserrat"/>
        </w:rPr>
        <w:t xml:space="preserve">Welcome to </w:t>
      </w:r>
      <w:r w:rsidRPr="00C832FC">
        <w:rPr>
          <w:rFonts w:ascii="Montserrat" w:hAnsi="Montserrat"/>
          <w:b/>
          <w:highlight w:val="yellow"/>
        </w:rPr>
        <w:t>[INSERT BREWERY NAME]</w:t>
      </w:r>
      <w:r w:rsidRPr="00C832FC">
        <w:rPr>
          <w:rFonts w:ascii="Montserrat" w:hAnsi="Montserrat"/>
        </w:rPr>
        <w:t>. We want families and other guests to enjoy a safe, respectful visit.</w:t>
      </w:r>
    </w:p>
    <w:p w14:paraId="7849CB92" w14:textId="77777777" w:rsidR="00F44177" w:rsidRPr="00C832FC" w:rsidRDefault="00000000">
      <w:pPr>
        <w:pStyle w:val="ListBullet"/>
        <w:rPr>
          <w:rFonts w:ascii="Montserrat" w:hAnsi="Montserrat"/>
        </w:rPr>
      </w:pPr>
      <w:r w:rsidRPr="00C832FC">
        <w:rPr>
          <w:rFonts w:ascii="Montserrat" w:hAnsi="Montserrat"/>
        </w:rPr>
        <w:t>Children must stay with a responsible adult aged 18 or older who can supervise safely. Please stay close enough to help immediately and keep young children within sight. Brewery staff do not provide childcare.</w:t>
      </w:r>
    </w:p>
    <w:p w14:paraId="42139A8C" w14:textId="77777777" w:rsidR="00F44177" w:rsidRPr="00C832FC" w:rsidRDefault="00000000">
      <w:pPr>
        <w:pStyle w:val="ListBullet"/>
        <w:rPr>
          <w:rFonts w:ascii="Montserrat" w:hAnsi="Montserrat"/>
        </w:rPr>
      </w:pPr>
      <w:r w:rsidRPr="00C832FC">
        <w:rPr>
          <w:rFonts w:ascii="Montserrat" w:hAnsi="Montserrat"/>
        </w:rPr>
        <w:t xml:space="preserve">Family access: </w:t>
      </w:r>
      <w:r w:rsidRPr="00C832FC">
        <w:rPr>
          <w:rFonts w:ascii="Montserrat" w:hAnsi="Montserrat"/>
          <w:b/>
          <w:highlight w:val="yellow"/>
        </w:rPr>
        <w:t>[CHOOSE ALL OPEN HOURS OR INSERT DAYS TIMES AND AGE LIMITS]</w:t>
      </w:r>
      <w:r w:rsidRPr="00C832FC">
        <w:rPr>
          <w:rFonts w:ascii="Montserrat" w:hAnsi="Montserrat"/>
        </w:rPr>
        <w:t>. Please follow posted event and area restrictions.</w:t>
      </w:r>
    </w:p>
    <w:p w14:paraId="051CC61A" w14:textId="77777777" w:rsidR="00F44177" w:rsidRPr="00C832FC" w:rsidRDefault="00000000">
      <w:pPr>
        <w:pStyle w:val="ListBullet"/>
        <w:rPr>
          <w:rFonts w:ascii="Montserrat" w:hAnsi="Montserrat"/>
        </w:rPr>
      </w:pPr>
      <w:r w:rsidRPr="00C832FC">
        <w:rPr>
          <w:rFonts w:ascii="Montserrat" w:hAnsi="Montserrat"/>
        </w:rPr>
        <w:t>Keep children out of staff and production areas, away from loading areas, and off furniture and equipment. Prevent unsafe running, climbing, and throwing. Ask before approaching animals.</w:t>
      </w:r>
    </w:p>
    <w:p w14:paraId="3BE893BC" w14:textId="77777777" w:rsidR="00F44177" w:rsidRPr="00C832FC" w:rsidRDefault="00000000">
      <w:pPr>
        <w:pStyle w:val="ListBullet"/>
        <w:rPr>
          <w:rFonts w:ascii="Montserrat" w:hAnsi="Montserrat"/>
        </w:rPr>
      </w:pPr>
      <w:r w:rsidRPr="00C832FC">
        <w:rPr>
          <w:rFonts w:ascii="Montserrat" w:hAnsi="Montserrat"/>
        </w:rPr>
        <w:t>Keep alcohol away from children. Please handle toileting and personal care and tell us about any accommodation that would help your visit.</w:t>
      </w:r>
    </w:p>
    <w:p w14:paraId="6478674A" w14:textId="77777777" w:rsidR="00F44177" w:rsidRPr="00C832FC" w:rsidRDefault="00000000">
      <w:pPr>
        <w:pStyle w:val="ListBullet"/>
        <w:rPr>
          <w:rFonts w:ascii="Montserrat" w:hAnsi="Montserrat"/>
        </w:rPr>
      </w:pPr>
      <w:r w:rsidRPr="00C832FC">
        <w:rPr>
          <w:rFonts w:ascii="Montserrat" w:hAnsi="Montserrat"/>
        </w:rPr>
        <w:t>Bullying, harassment, abuse, and unsafe behavior are not allowed. Please respect personal space and privacy, including when taking photographs.</w:t>
      </w:r>
    </w:p>
    <w:p w14:paraId="7A1F7379" w14:textId="77777777" w:rsidR="00F44177" w:rsidRPr="00C832FC" w:rsidRDefault="00000000">
      <w:pPr>
        <w:pStyle w:val="ListBullet"/>
        <w:rPr>
          <w:rFonts w:ascii="Montserrat" w:hAnsi="Montserrat"/>
        </w:rPr>
      </w:pPr>
      <w:r w:rsidRPr="00C832FC">
        <w:rPr>
          <w:rFonts w:ascii="Montserrat" w:hAnsi="Montserrat"/>
        </w:rPr>
        <w:t xml:space="preserve">If someone is missing, hurt, frightened, or behaving unsafely, tell any staff member right away. Anyone </w:t>
      </w:r>
      <w:proofErr w:type="gramStart"/>
      <w:r w:rsidRPr="00C832FC">
        <w:rPr>
          <w:rFonts w:ascii="Montserrat" w:hAnsi="Montserrat"/>
        </w:rPr>
        <w:t>may</w:t>
      </w:r>
      <w:proofErr w:type="gramEnd"/>
      <w:r w:rsidRPr="00C832FC">
        <w:rPr>
          <w:rFonts w:ascii="Montserrat" w:hAnsi="Montserrat"/>
        </w:rPr>
        <w:t xml:space="preserve"> call 911 in an emergency.</w:t>
      </w:r>
    </w:p>
    <w:p w14:paraId="239DD0E2" w14:textId="77777777" w:rsidR="00F44177" w:rsidRPr="00C832FC" w:rsidRDefault="00000000">
      <w:pPr>
        <w:rPr>
          <w:rFonts w:ascii="Montserrat" w:hAnsi="Montserrat"/>
        </w:rPr>
      </w:pPr>
      <w:r w:rsidRPr="00C832FC">
        <w:rPr>
          <w:rFonts w:ascii="Montserrat" w:hAnsi="Montserrat"/>
        </w:rPr>
        <w:t xml:space="preserve">Staff may ask guests to change unsafe behavior, refuse alcohol service, or arrange a safe departure. To share a concern, ask for the manager or contact </w:t>
      </w:r>
      <w:r w:rsidRPr="00C832FC">
        <w:rPr>
          <w:rFonts w:ascii="Montserrat" w:hAnsi="Montserrat"/>
          <w:b/>
          <w:highlight w:val="yellow"/>
        </w:rPr>
        <w:t>[INSERT PUBLIC SAFEGUARDING CONTACT AND PHONE OR EMAIL]</w:t>
      </w:r>
      <w:r w:rsidRPr="00C832FC">
        <w:rPr>
          <w:rFonts w:ascii="Montserrat" w:hAnsi="Montserrat"/>
        </w:rPr>
        <w:t>. You do not need to report through the brewery before contacting authorities.</w:t>
      </w:r>
    </w:p>
    <w:p w14:paraId="136FBE5D" w14:textId="26C9804A" w:rsidR="00F44177" w:rsidRPr="00C832FC" w:rsidRDefault="00000000">
      <w:pPr>
        <w:pStyle w:val="Heading2"/>
        <w:rPr>
          <w:rFonts w:ascii="Montserrat" w:hAnsi="Montserrat"/>
        </w:rPr>
      </w:pPr>
      <w:r w:rsidRPr="00C832FC">
        <w:rPr>
          <w:rFonts w:ascii="Montserrat" w:hAnsi="Montserrat"/>
        </w:rPr>
        <w:t xml:space="preserve">Staff and </w:t>
      </w:r>
      <w:r w:rsidR="00C832FC">
        <w:rPr>
          <w:rFonts w:ascii="Montserrat" w:hAnsi="Montserrat"/>
        </w:rPr>
        <w:t>V</w:t>
      </w:r>
      <w:r w:rsidRPr="00C832FC">
        <w:rPr>
          <w:rFonts w:ascii="Montserrat" w:hAnsi="Montserrat"/>
        </w:rPr>
        <w:t xml:space="preserve">olunteer </w:t>
      </w:r>
      <w:r w:rsidR="00C832FC">
        <w:rPr>
          <w:rFonts w:ascii="Montserrat" w:hAnsi="Montserrat"/>
        </w:rPr>
        <w:t>A</w:t>
      </w:r>
      <w:r w:rsidRPr="00C832FC">
        <w:rPr>
          <w:rFonts w:ascii="Montserrat" w:hAnsi="Montserrat"/>
        </w:rPr>
        <w:t>cknowledgment</w:t>
      </w:r>
    </w:p>
    <w:p w14:paraId="40E6B9BF" w14:textId="77777777" w:rsidR="00F44177" w:rsidRPr="00C832FC" w:rsidRDefault="00000000">
      <w:pPr>
        <w:rPr>
          <w:rFonts w:ascii="Montserrat" w:hAnsi="Montserrat"/>
        </w:rPr>
      </w:pPr>
      <w:r w:rsidRPr="00C832FC">
        <w:rPr>
          <w:rFonts w:ascii="Montserrat" w:hAnsi="Montserrat"/>
        </w:rPr>
        <w:t xml:space="preserve">I have read the child and family safeguarding policy for </w:t>
      </w:r>
      <w:r w:rsidRPr="00C832FC">
        <w:rPr>
          <w:rFonts w:ascii="Montserrat" w:hAnsi="Montserrat"/>
          <w:b/>
          <w:highlight w:val="yellow"/>
        </w:rPr>
        <w:t>[INSERT BREWERY NAME]</w:t>
      </w:r>
      <w:r w:rsidRPr="00C832FC">
        <w:rPr>
          <w:rFonts w:ascii="Montserrat" w:hAnsi="Montserrat"/>
        </w:rPr>
        <w:t xml:space="preserve">, received training, and </w:t>
      </w:r>
      <w:proofErr w:type="gramStart"/>
      <w:r w:rsidRPr="00C832FC">
        <w:rPr>
          <w:rFonts w:ascii="Montserrat" w:hAnsi="Montserrat"/>
        </w:rPr>
        <w:t>know</w:t>
      </w:r>
      <w:proofErr w:type="gramEnd"/>
      <w:r w:rsidRPr="00C832FC">
        <w:rPr>
          <w:rFonts w:ascii="Montserrat" w:hAnsi="Montserrat"/>
        </w:rPr>
        <w:t xml:space="preserve"> how to locate reporting contacts. I understand that protecting someone and making required external reports must not wait for management approval. I agree to follow the conduct rules, report concerns, keep records secure, and avoid retaliation. I know whom to contact with questions.</w:t>
      </w:r>
    </w:p>
    <w:p w14:paraId="6E70A48F" w14:textId="04A84293" w:rsidR="00F44177" w:rsidRPr="00C832FC" w:rsidRDefault="00000000">
      <w:pPr>
        <w:rPr>
          <w:rFonts w:ascii="Montserrat" w:hAnsi="Montserrat"/>
        </w:rPr>
      </w:pPr>
      <w:r w:rsidRPr="00C832FC">
        <w:rPr>
          <w:rFonts w:ascii="Montserrat" w:hAnsi="Montserrat"/>
        </w:rPr>
        <w:t>Name: ______________________________________________________</w:t>
      </w:r>
      <w:r w:rsidR="00DC725E">
        <w:rPr>
          <w:rFonts w:ascii="Montserrat" w:hAnsi="Montserrat"/>
        </w:rPr>
        <w:t>__________________</w:t>
      </w:r>
      <w:r w:rsidRPr="00C832FC">
        <w:rPr>
          <w:rFonts w:ascii="Montserrat" w:hAnsi="Montserrat"/>
        </w:rPr>
        <w:t>___________</w:t>
      </w:r>
      <w:r w:rsidRPr="00C832FC">
        <w:rPr>
          <w:rFonts w:ascii="Montserrat" w:hAnsi="Montserrat"/>
        </w:rPr>
        <w:br/>
        <w:t>Role: __________________________________________________________________</w:t>
      </w:r>
      <w:r w:rsidR="00DC725E">
        <w:rPr>
          <w:rFonts w:ascii="Montserrat" w:hAnsi="Montserrat"/>
        </w:rPr>
        <w:t>__________________</w:t>
      </w:r>
      <w:r w:rsidRPr="00C832FC">
        <w:rPr>
          <w:rFonts w:ascii="Montserrat" w:hAnsi="Montserrat"/>
        </w:rPr>
        <w:br/>
        <w:t>Policy effective date: _____________________________________________________</w:t>
      </w:r>
      <w:r w:rsidR="00DC725E">
        <w:rPr>
          <w:rFonts w:ascii="Montserrat" w:hAnsi="Montserrat"/>
        </w:rPr>
        <w:t>________________</w:t>
      </w:r>
      <w:r w:rsidRPr="00C832FC">
        <w:rPr>
          <w:rFonts w:ascii="Montserrat" w:hAnsi="Montserrat"/>
        </w:rPr>
        <w:br/>
        <w:t>Training completed on: ___________________________________________________</w:t>
      </w:r>
      <w:r w:rsidR="00DC725E">
        <w:rPr>
          <w:rFonts w:ascii="Montserrat" w:hAnsi="Montserrat"/>
        </w:rPr>
        <w:t>_______________</w:t>
      </w:r>
      <w:r w:rsidRPr="00C832FC">
        <w:rPr>
          <w:rFonts w:ascii="Montserrat" w:hAnsi="Montserrat"/>
        </w:rPr>
        <w:br/>
        <w:t>Signature: ______________</w:t>
      </w:r>
      <w:r w:rsidR="00DC725E">
        <w:rPr>
          <w:rFonts w:ascii="Montserrat" w:hAnsi="Montserrat"/>
        </w:rPr>
        <w:t>__________________</w:t>
      </w:r>
      <w:r w:rsidRPr="00C832FC">
        <w:rPr>
          <w:rFonts w:ascii="Montserrat" w:hAnsi="Montserrat"/>
        </w:rPr>
        <w:t>____________________ Date: _____________________</w:t>
      </w:r>
      <w:r w:rsidRPr="00C832FC">
        <w:rPr>
          <w:rFonts w:ascii="Montserrat" w:hAnsi="Montserrat"/>
        </w:rPr>
        <w:br/>
        <w:t xml:space="preserve">Trainer or </w:t>
      </w:r>
      <w:r w:rsidR="00DC725E">
        <w:rPr>
          <w:rFonts w:ascii="Montserrat" w:hAnsi="Montserrat"/>
        </w:rPr>
        <w:t>M</w:t>
      </w:r>
      <w:r w:rsidRPr="00C832FC">
        <w:rPr>
          <w:rFonts w:ascii="Montserrat" w:hAnsi="Montserrat"/>
        </w:rPr>
        <w:t>anager: ______________________</w:t>
      </w:r>
      <w:r w:rsidR="00DC725E">
        <w:rPr>
          <w:rFonts w:ascii="Montserrat" w:hAnsi="Montserrat"/>
        </w:rPr>
        <w:t>________________</w:t>
      </w:r>
      <w:r w:rsidRPr="00C832FC">
        <w:rPr>
          <w:rFonts w:ascii="Montserrat" w:hAnsi="Montserrat"/>
        </w:rPr>
        <w:t>____ Date: _____________________</w:t>
      </w:r>
    </w:p>
    <w:p w14:paraId="15704E7D" w14:textId="5A1AFA71" w:rsidR="00F44177" w:rsidRPr="00C832FC" w:rsidRDefault="00F44177">
      <w:pPr>
        <w:rPr>
          <w:rFonts w:ascii="Montserrat" w:hAnsi="Montserrat"/>
        </w:rPr>
      </w:pPr>
    </w:p>
    <w:sectPr w:rsidR="00F44177" w:rsidRPr="00C832FC"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CAEDC" w14:textId="77777777" w:rsidR="00F75280" w:rsidRDefault="00F75280">
      <w:pPr>
        <w:spacing w:after="0" w:line="240" w:lineRule="auto"/>
      </w:pPr>
      <w:r>
        <w:separator/>
      </w:r>
    </w:p>
  </w:endnote>
  <w:endnote w:type="continuationSeparator" w:id="0">
    <w:p w14:paraId="4D2A1C3C" w14:textId="77777777" w:rsidR="00F75280" w:rsidRDefault="00F75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000000000000000"/>
    <w:charset w:val="00"/>
    <w:family w:val="auto"/>
    <w:pitch w:val="variable"/>
    <w:sig w:usb0="A00002FF" w:usb1="400024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1EA7" w14:textId="482DA42A" w:rsidR="00F44177" w:rsidRPr="00C832FC" w:rsidRDefault="00000000">
    <w:pPr>
      <w:pStyle w:val="Footer"/>
      <w:jc w:val="right"/>
      <w:rPr>
        <w:rFonts w:ascii="Montserrat" w:hAnsi="Montserrat"/>
      </w:rPr>
    </w:pPr>
    <w:r w:rsidRPr="00C832FC">
      <w:rPr>
        <w:rFonts w:ascii="Montserrat" w:hAnsi="Montserrat"/>
        <w:sz w:val="18"/>
      </w:rPr>
      <w:t xml:space="preserve">Child and </w:t>
    </w:r>
    <w:r w:rsidR="00C832FC" w:rsidRPr="00C832FC">
      <w:rPr>
        <w:rFonts w:ascii="Montserrat" w:hAnsi="Montserrat"/>
        <w:sz w:val="18"/>
      </w:rPr>
      <w:t>F</w:t>
    </w:r>
    <w:r w:rsidRPr="00C832FC">
      <w:rPr>
        <w:rFonts w:ascii="Montserrat" w:hAnsi="Montserrat"/>
        <w:sz w:val="18"/>
      </w:rPr>
      <w:t xml:space="preserve">amily </w:t>
    </w:r>
    <w:r w:rsidR="00C832FC" w:rsidRPr="00C832FC">
      <w:rPr>
        <w:rFonts w:ascii="Montserrat" w:hAnsi="Montserrat"/>
        <w:sz w:val="18"/>
      </w:rPr>
      <w:t>S</w:t>
    </w:r>
    <w:r w:rsidRPr="00C832FC">
      <w:rPr>
        <w:rFonts w:ascii="Montserrat" w:hAnsi="Montserrat"/>
        <w:sz w:val="18"/>
      </w:rPr>
      <w:t xml:space="preserve">afeguarding |  </w:t>
    </w:r>
    <w:r w:rsidRPr="00C832FC">
      <w:rPr>
        <w:rFonts w:ascii="Montserrat" w:hAnsi="Montserrat"/>
      </w:rPr>
      <w:fldChar w:fldCharType="begin"/>
    </w:r>
    <w:r w:rsidRPr="00C832FC">
      <w:rPr>
        <w:rFonts w:ascii="Montserrat" w:hAnsi="Montserrat"/>
      </w:rPr>
      <w:instrText>PAGE</w:instrText>
    </w:r>
    <w:r w:rsidRPr="00C832FC">
      <w:rPr>
        <w:rFonts w:ascii="Montserrat" w:hAnsi="Montserrat"/>
      </w:rPr>
      <w:fldChar w:fldCharType="separate"/>
    </w:r>
    <w:r w:rsidR="00465A99" w:rsidRPr="00C832FC">
      <w:rPr>
        <w:rFonts w:ascii="Montserrat" w:hAnsi="Montserrat"/>
        <w:noProof/>
      </w:rPr>
      <w:t>1</w:t>
    </w:r>
    <w:r w:rsidRPr="00C832FC">
      <w:rPr>
        <w:rFonts w:ascii="Montserrat" w:hAnsi="Montserra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5BD70" w14:textId="77777777" w:rsidR="00F75280" w:rsidRDefault="00F75280">
      <w:pPr>
        <w:spacing w:after="0" w:line="240" w:lineRule="auto"/>
      </w:pPr>
      <w:r>
        <w:separator/>
      </w:r>
    </w:p>
  </w:footnote>
  <w:footnote w:type="continuationSeparator" w:id="0">
    <w:p w14:paraId="31024AAE" w14:textId="77777777" w:rsidR="00F75280" w:rsidRDefault="00F752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7927048">
    <w:abstractNumId w:val="8"/>
  </w:num>
  <w:num w:numId="2" w16cid:durableId="123624588">
    <w:abstractNumId w:val="6"/>
  </w:num>
  <w:num w:numId="3" w16cid:durableId="1550916880">
    <w:abstractNumId w:val="5"/>
  </w:num>
  <w:num w:numId="4" w16cid:durableId="2050491624">
    <w:abstractNumId w:val="4"/>
  </w:num>
  <w:num w:numId="5" w16cid:durableId="1829973897">
    <w:abstractNumId w:val="7"/>
  </w:num>
  <w:num w:numId="6" w16cid:durableId="229852510">
    <w:abstractNumId w:val="3"/>
  </w:num>
  <w:num w:numId="7" w16cid:durableId="954629411">
    <w:abstractNumId w:val="2"/>
  </w:num>
  <w:num w:numId="8" w16cid:durableId="1368331313">
    <w:abstractNumId w:val="1"/>
  </w:num>
  <w:num w:numId="9" w16cid:durableId="82473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64E3"/>
    <w:rsid w:val="00242ABA"/>
    <w:rsid w:val="0029639D"/>
    <w:rsid w:val="00310DCD"/>
    <w:rsid w:val="00326F90"/>
    <w:rsid w:val="00465A99"/>
    <w:rsid w:val="004A4791"/>
    <w:rsid w:val="005963D4"/>
    <w:rsid w:val="005C4DA9"/>
    <w:rsid w:val="006131AD"/>
    <w:rsid w:val="006273B7"/>
    <w:rsid w:val="006E4367"/>
    <w:rsid w:val="00974BEE"/>
    <w:rsid w:val="00A64131"/>
    <w:rsid w:val="00AA1D8D"/>
    <w:rsid w:val="00B2346E"/>
    <w:rsid w:val="00B47730"/>
    <w:rsid w:val="00C832FC"/>
    <w:rsid w:val="00CB0664"/>
    <w:rsid w:val="00DC725E"/>
    <w:rsid w:val="00E61499"/>
    <w:rsid w:val="00E71CF7"/>
    <w:rsid w:val="00F44177"/>
    <w:rsid w:val="00F75280"/>
    <w:rsid w:val="00F929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416C81"/>
  <w14:defaultImageDpi w14:val="300"/>
  <w15:docId w15:val="{A5F30603-661C-4118-8778-E2DDC41ED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2"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contextualSpacing/>
    </w:pPr>
    <w:rPr>
      <w:rFonts w:asciiTheme="majorHAnsi" w:eastAsiaTheme="majorEastAsia" w:hAnsiTheme="majorHAnsi" w:cstheme="majorBidi"/>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6273B7"/>
    <w:rPr>
      <w:sz w:val="16"/>
      <w:szCs w:val="16"/>
    </w:rPr>
  </w:style>
  <w:style w:type="paragraph" w:styleId="CommentText">
    <w:name w:val="annotation text"/>
    <w:basedOn w:val="Normal"/>
    <w:link w:val="CommentTextChar"/>
    <w:uiPriority w:val="99"/>
    <w:unhideWhenUsed/>
    <w:rsid w:val="006273B7"/>
    <w:pPr>
      <w:spacing w:line="240" w:lineRule="auto"/>
    </w:pPr>
    <w:rPr>
      <w:sz w:val="20"/>
      <w:szCs w:val="20"/>
    </w:rPr>
  </w:style>
  <w:style w:type="character" w:customStyle="1" w:styleId="CommentTextChar">
    <w:name w:val="Comment Text Char"/>
    <w:basedOn w:val="DefaultParagraphFont"/>
    <w:link w:val="CommentText"/>
    <w:uiPriority w:val="99"/>
    <w:rsid w:val="006273B7"/>
    <w:rPr>
      <w:rFonts w:ascii="Calibri" w:hAnsi="Calibri"/>
      <w:color w:val="000000"/>
      <w:sz w:val="20"/>
      <w:szCs w:val="20"/>
    </w:rPr>
  </w:style>
  <w:style w:type="paragraph" w:styleId="CommentSubject">
    <w:name w:val="annotation subject"/>
    <w:basedOn w:val="CommentText"/>
    <w:next w:val="CommentText"/>
    <w:link w:val="CommentSubjectChar"/>
    <w:uiPriority w:val="99"/>
    <w:semiHidden/>
    <w:unhideWhenUsed/>
    <w:rsid w:val="006273B7"/>
    <w:rPr>
      <w:b/>
      <w:bCs/>
    </w:rPr>
  </w:style>
  <w:style w:type="character" w:customStyle="1" w:styleId="CommentSubjectChar">
    <w:name w:val="Comment Subject Char"/>
    <w:basedOn w:val="CommentTextChar"/>
    <w:link w:val="CommentSubject"/>
    <w:uiPriority w:val="99"/>
    <w:semiHidden/>
    <w:rsid w:val="006273B7"/>
    <w:rPr>
      <w:rFonts w:ascii="Calibri" w:hAnsi="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9</Pages>
  <Words>3313</Words>
  <Characters>21603</Characters>
  <Application>Microsoft Office Word</Application>
  <DocSecurity>0</DocSecurity>
  <Lines>354</Lines>
  <Paragraphs>127</Paragraphs>
  <ScaleCrop>false</ScaleCrop>
  <HeadingPairs>
    <vt:vector size="2" baseType="variant">
      <vt:variant>
        <vt:lpstr>Title</vt:lpstr>
      </vt:variant>
      <vt:variant>
        <vt:i4>1</vt:i4>
      </vt:variant>
    </vt:vector>
  </HeadingPairs>
  <TitlesOfParts>
    <vt:vector size="1" baseType="lpstr">
      <vt:lpstr>Sample child and family safeguarding policy for North Carolina breweries</vt:lpstr>
    </vt:vector>
  </TitlesOfParts>
  <Manager/>
  <Company/>
  <LinksUpToDate>false</LinksUpToDate>
  <CharactersWithSpaces>24789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child and family safeguarding policy for North Carolina breweries</dc:title>
  <dc:subject>Customizable brewery safeguarding policy</dc:subject>
  <dc:creator>Ashley Shoemaker</dc:creator>
  <cp:keywords/>
  <dc:description>generated by python-docx</dc:description>
  <cp:lastModifiedBy>Ashley Shoemaker</cp:lastModifiedBy>
  <cp:revision>8</cp:revision>
  <dcterms:created xsi:type="dcterms:W3CDTF">2026-09-10T14:47:00Z</dcterms:created>
  <dcterms:modified xsi:type="dcterms:W3CDTF">2026-09-16T13:56:00Z</dcterms:modified>
  <cp:category/>
</cp:coreProperties>
</file>